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B1D79" w14:textId="67ECBF77" w:rsidR="001243DE" w:rsidRPr="00FC6516" w:rsidRDefault="000D6A82">
      <w:pPr>
        <w:jc w:val="right"/>
        <w:rPr>
          <w:rFonts w:ascii="Montserrat" w:hAnsi="Montserrat"/>
          <w:sz w:val="20"/>
          <w:szCs w:val="20"/>
        </w:rPr>
      </w:pPr>
      <w:r w:rsidRPr="00FC6516">
        <w:rPr>
          <w:rFonts w:ascii="Montserrat" w:hAnsi="Montserrat"/>
          <w:b/>
          <w:sz w:val="20"/>
          <w:szCs w:val="20"/>
        </w:rPr>
        <w:t>VZOREC POGODBE</w:t>
      </w:r>
    </w:p>
    <w:p w14:paraId="5776701D" w14:textId="77777777" w:rsidR="001243DE" w:rsidRPr="00FC6516" w:rsidRDefault="000D6A82">
      <w:pPr>
        <w:spacing w:after="100" w:line="252" w:lineRule="auto"/>
        <w:jc w:val="both"/>
        <w:rPr>
          <w:rFonts w:ascii="Montserrat" w:hAnsi="Montserrat"/>
          <w:sz w:val="20"/>
          <w:szCs w:val="20"/>
        </w:rPr>
      </w:pPr>
      <w:r w:rsidRPr="00FC6516">
        <w:rPr>
          <w:rFonts w:ascii="Montserrat" w:hAnsi="Montserrat"/>
          <w:sz w:val="20"/>
          <w:szCs w:val="20"/>
        </w:rPr>
        <w:t>Podzemlje Pece d.o.o., Glančnik 8, 2392 Mežica, ki jo zastopa direktorica Darja Komar, davčna številka: SI 51705664, matična številka: 3558398000 (v nadaljevanju: naročnik)</w:t>
      </w:r>
    </w:p>
    <w:p w14:paraId="75B7FB79" w14:textId="77777777" w:rsidR="001243DE" w:rsidRPr="00FC6516" w:rsidRDefault="000D6A82">
      <w:pPr>
        <w:spacing w:after="100" w:line="252" w:lineRule="auto"/>
        <w:jc w:val="both"/>
        <w:rPr>
          <w:rFonts w:ascii="Montserrat" w:hAnsi="Montserrat"/>
          <w:sz w:val="20"/>
          <w:szCs w:val="20"/>
        </w:rPr>
      </w:pPr>
      <w:r w:rsidRPr="00FC6516">
        <w:rPr>
          <w:rFonts w:ascii="Montserrat" w:hAnsi="Montserrat"/>
          <w:sz w:val="20"/>
          <w:szCs w:val="20"/>
        </w:rPr>
        <w:t>in</w:t>
      </w:r>
    </w:p>
    <w:tbl>
      <w:tblPr>
        <w:tblW w:w="0" w:type="auto"/>
        <w:jc w:val="center"/>
        <w:tblLayout w:type="fixed"/>
        <w:tblLook w:val="04A0" w:firstRow="1" w:lastRow="0" w:firstColumn="1" w:lastColumn="0" w:noHBand="0" w:noVBand="1"/>
      </w:tblPr>
      <w:tblGrid>
        <w:gridCol w:w="1814"/>
        <w:gridCol w:w="2948"/>
        <w:gridCol w:w="1701"/>
        <w:gridCol w:w="2835"/>
      </w:tblGrid>
      <w:tr w:rsidR="001243DE" w:rsidRPr="00FC6516" w14:paraId="6134E5BD" w14:textId="77777777">
        <w:trPr>
          <w:jc w:val="center"/>
        </w:trPr>
        <w:tc>
          <w:tcPr>
            <w:tcW w:w="1814" w:type="dxa"/>
            <w:tcBorders>
              <w:top w:val="nil"/>
              <w:left w:val="nil"/>
              <w:bottom w:val="nil"/>
              <w:right w:val="nil"/>
            </w:tcBorders>
            <w:tcMar>
              <w:top w:w="80" w:type="dxa"/>
              <w:left w:w="100" w:type="dxa"/>
              <w:bottom w:w="80" w:type="dxa"/>
              <w:right w:w="100" w:type="dxa"/>
            </w:tcMar>
            <w:vAlign w:val="center"/>
          </w:tcPr>
          <w:p w14:paraId="2E374339" w14:textId="77777777" w:rsidR="001243DE" w:rsidRPr="00FC6516" w:rsidRDefault="000D6A82">
            <w:pPr>
              <w:spacing w:after="0"/>
              <w:rPr>
                <w:rFonts w:ascii="Montserrat" w:hAnsi="Montserrat"/>
                <w:sz w:val="20"/>
                <w:szCs w:val="20"/>
              </w:rPr>
            </w:pPr>
            <w:r w:rsidRPr="00FC6516">
              <w:rPr>
                <w:rFonts w:ascii="Montserrat" w:hAnsi="Montserrat"/>
                <w:sz w:val="20"/>
                <w:szCs w:val="20"/>
              </w:rPr>
              <w:t>Naziv izvajalca:</w:t>
            </w:r>
          </w:p>
        </w:tc>
        <w:tc>
          <w:tcPr>
            <w:tcW w:w="2948" w:type="dxa"/>
            <w:tcBorders>
              <w:top w:val="nil"/>
              <w:left w:val="nil"/>
              <w:bottom w:val="nil"/>
              <w:right w:val="nil"/>
            </w:tcBorders>
            <w:tcMar>
              <w:top w:w="80" w:type="dxa"/>
              <w:left w:w="100" w:type="dxa"/>
              <w:bottom w:w="80" w:type="dxa"/>
              <w:right w:w="100" w:type="dxa"/>
            </w:tcMar>
            <w:vAlign w:val="center"/>
          </w:tcPr>
          <w:p w14:paraId="191ABBB3" w14:textId="77777777" w:rsidR="001243DE" w:rsidRPr="00FC6516" w:rsidRDefault="000D6A82">
            <w:pPr>
              <w:spacing w:after="0"/>
              <w:rPr>
                <w:rFonts w:ascii="Montserrat" w:hAnsi="Montserrat"/>
                <w:sz w:val="20"/>
                <w:szCs w:val="20"/>
              </w:rPr>
            </w:pPr>
            <w:r w:rsidRPr="00FC6516">
              <w:rPr>
                <w:rFonts w:ascii="Montserrat" w:hAnsi="Montserrat"/>
                <w:sz w:val="20"/>
                <w:szCs w:val="20"/>
              </w:rPr>
              <w:t>__________________________________</w:t>
            </w:r>
          </w:p>
        </w:tc>
        <w:tc>
          <w:tcPr>
            <w:tcW w:w="1701" w:type="dxa"/>
            <w:tcBorders>
              <w:top w:val="nil"/>
              <w:left w:val="nil"/>
              <w:bottom w:val="nil"/>
              <w:right w:val="nil"/>
            </w:tcBorders>
            <w:tcMar>
              <w:top w:w="80" w:type="dxa"/>
              <w:left w:w="100" w:type="dxa"/>
              <w:bottom w:w="80" w:type="dxa"/>
              <w:right w:w="100" w:type="dxa"/>
            </w:tcMar>
            <w:vAlign w:val="center"/>
          </w:tcPr>
          <w:p w14:paraId="319F7B46" w14:textId="77777777" w:rsidR="001243DE" w:rsidRPr="00FC6516" w:rsidRDefault="001243DE">
            <w:pPr>
              <w:spacing w:after="0"/>
              <w:rPr>
                <w:rFonts w:ascii="Montserrat" w:hAnsi="Montserrat"/>
                <w:sz w:val="20"/>
                <w:szCs w:val="20"/>
              </w:rPr>
            </w:pPr>
          </w:p>
        </w:tc>
        <w:tc>
          <w:tcPr>
            <w:tcW w:w="2835" w:type="dxa"/>
            <w:tcBorders>
              <w:top w:val="nil"/>
              <w:left w:val="nil"/>
              <w:bottom w:val="nil"/>
              <w:right w:val="nil"/>
            </w:tcBorders>
            <w:tcMar>
              <w:top w:w="80" w:type="dxa"/>
              <w:left w:w="100" w:type="dxa"/>
              <w:bottom w:w="80" w:type="dxa"/>
              <w:right w:w="100" w:type="dxa"/>
            </w:tcMar>
            <w:vAlign w:val="center"/>
          </w:tcPr>
          <w:p w14:paraId="4E48FD94" w14:textId="77777777" w:rsidR="001243DE" w:rsidRPr="00FC6516" w:rsidRDefault="001243DE">
            <w:pPr>
              <w:spacing w:after="0"/>
              <w:rPr>
                <w:rFonts w:ascii="Montserrat" w:hAnsi="Montserrat"/>
                <w:sz w:val="20"/>
                <w:szCs w:val="20"/>
              </w:rPr>
            </w:pPr>
          </w:p>
        </w:tc>
      </w:tr>
      <w:tr w:rsidR="001243DE" w:rsidRPr="00FC6516" w14:paraId="1E7EA312" w14:textId="77777777">
        <w:trPr>
          <w:jc w:val="center"/>
        </w:trPr>
        <w:tc>
          <w:tcPr>
            <w:tcW w:w="1814" w:type="dxa"/>
            <w:tcBorders>
              <w:top w:val="nil"/>
              <w:left w:val="nil"/>
              <w:bottom w:val="nil"/>
              <w:right w:val="nil"/>
            </w:tcBorders>
            <w:tcMar>
              <w:top w:w="80" w:type="dxa"/>
              <w:left w:w="100" w:type="dxa"/>
              <w:bottom w:w="80" w:type="dxa"/>
              <w:right w:w="100" w:type="dxa"/>
            </w:tcMar>
            <w:vAlign w:val="center"/>
          </w:tcPr>
          <w:p w14:paraId="455E6EBC" w14:textId="77777777" w:rsidR="001243DE" w:rsidRPr="00FC6516" w:rsidRDefault="000D6A82">
            <w:pPr>
              <w:spacing w:after="0"/>
              <w:rPr>
                <w:rFonts w:ascii="Montserrat" w:hAnsi="Montserrat"/>
                <w:sz w:val="20"/>
                <w:szCs w:val="20"/>
              </w:rPr>
            </w:pPr>
            <w:r w:rsidRPr="00FC6516">
              <w:rPr>
                <w:rFonts w:ascii="Montserrat" w:hAnsi="Montserrat"/>
                <w:sz w:val="20"/>
                <w:szCs w:val="20"/>
              </w:rPr>
              <w:t>Naslov:</w:t>
            </w:r>
          </w:p>
        </w:tc>
        <w:tc>
          <w:tcPr>
            <w:tcW w:w="2948" w:type="dxa"/>
            <w:tcBorders>
              <w:top w:val="nil"/>
              <w:left w:val="nil"/>
              <w:bottom w:val="nil"/>
              <w:right w:val="nil"/>
            </w:tcBorders>
            <w:tcMar>
              <w:top w:w="80" w:type="dxa"/>
              <w:left w:w="100" w:type="dxa"/>
              <w:bottom w:w="80" w:type="dxa"/>
              <w:right w:w="100" w:type="dxa"/>
            </w:tcMar>
            <w:vAlign w:val="center"/>
          </w:tcPr>
          <w:p w14:paraId="52CAEB6D" w14:textId="77777777" w:rsidR="001243DE" w:rsidRPr="00FC6516" w:rsidRDefault="000D6A82">
            <w:pPr>
              <w:spacing w:after="0"/>
              <w:rPr>
                <w:rFonts w:ascii="Montserrat" w:hAnsi="Montserrat"/>
                <w:sz w:val="20"/>
                <w:szCs w:val="20"/>
              </w:rPr>
            </w:pPr>
            <w:r w:rsidRPr="00FC6516">
              <w:rPr>
                <w:rFonts w:ascii="Montserrat" w:hAnsi="Montserrat"/>
                <w:sz w:val="20"/>
                <w:szCs w:val="20"/>
              </w:rPr>
              <w:t>__________________________________</w:t>
            </w:r>
          </w:p>
        </w:tc>
        <w:tc>
          <w:tcPr>
            <w:tcW w:w="1701" w:type="dxa"/>
            <w:tcBorders>
              <w:top w:val="nil"/>
              <w:left w:val="nil"/>
              <w:bottom w:val="nil"/>
              <w:right w:val="nil"/>
            </w:tcBorders>
            <w:tcMar>
              <w:top w:w="80" w:type="dxa"/>
              <w:left w:w="100" w:type="dxa"/>
              <w:bottom w:w="80" w:type="dxa"/>
              <w:right w:w="100" w:type="dxa"/>
            </w:tcMar>
            <w:vAlign w:val="center"/>
          </w:tcPr>
          <w:p w14:paraId="4DB6993A" w14:textId="77777777" w:rsidR="001243DE" w:rsidRPr="00FC6516" w:rsidRDefault="001243DE">
            <w:pPr>
              <w:spacing w:after="0"/>
              <w:rPr>
                <w:rFonts w:ascii="Montserrat" w:hAnsi="Montserrat"/>
                <w:sz w:val="20"/>
                <w:szCs w:val="20"/>
              </w:rPr>
            </w:pPr>
          </w:p>
        </w:tc>
        <w:tc>
          <w:tcPr>
            <w:tcW w:w="2835" w:type="dxa"/>
            <w:tcBorders>
              <w:top w:val="nil"/>
              <w:left w:val="nil"/>
              <w:bottom w:val="nil"/>
              <w:right w:val="nil"/>
            </w:tcBorders>
            <w:tcMar>
              <w:top w:w="80" w:type="dxa"/>
              <w:left w:w="100" w:type="dxa"/>
              <w:bottom w:w="80" w:type="dxa"/>
              <w:right w:w="100" w:type="dxa"/>
            </w:tcMar>
            <w:vAlign w:val="center"/>
          </w:tcPr>
          <w:p w14:paraId="71211DBC" w14:textId="77777777" w:rsidR="001243DE" w:rsidRPr="00FC6516" w:rsidRDefault="001243DE">
            <w:pPr>
              <w:spacing w:after="0"/>
              <w:rPr>
                <w:rFonts w:ascii="Montserrat" w:hAnsi="Montserrat"/>
                <w:sz w:val="20"/>
                <w:szCs w:val="20"/>
              </w:rPr>
            </w:pPr>
          </w:p>
        </w:tc>
      </w:tr>
      <w:tr w:rsidR="001243DE" w:rsidRPr="00FC6516" w14:paraId="775088E3" w14:textId="77777777">
        <w:trPr>
          <w:jc w:val="center"/>
        </w:trPr>
        <w:tc>
          <w:tcPr>
            <w:tcW w:w="1814" w:type="dxa"/>
            <w:tcBorders>
              <w:top w:val="nil"/>
              <w:left w:val="nil"/>
              <w:bottom w:val="nil"/>
              <w:right w:val="nil"/>
            </w:tcBorders>
            <w:tcMar>
              <w:top w:w="80" w:type="dxa"/>
              <w:left w:w="100" w:type="dxa"/>
              <w:bottom w:w="80" w:type="dxa"/>
              <w:right w:w="100" w:type="dxa"/>
            </w:tcMar>
            <w:vAlign w:val="center"/>
          </w:tcPr>
          <w:p w14:paraId="7B42A10F" w14:textId="77777777" w:rsidR="001243DE" w:rsidRPr="00FC6516" w:rsidRDefault="000D6A82">
            <w:pPr>
              <w:spacing w:after="0"/>
              <w:rPr>
                <w:rFonts w:ascii="Montserrat" w:hAnsi="Montserrat"/>
                <w:sz w:val="20"/>
                <w:szCs w:val="20"/>
              </w:rPr>
            </w:pPr>
            <w:r w:rsidRPr="00FC6516">
              <w:rPr>
                <w:rFonts w:ascii="Montserrat" w:hAnsi="Montserrat"/>
                <w:sz w:val="20"/>
                <w:szCs w:val="20"/>
              </w:rPr>
              <w:t>ki ga zastopa:</w:t>
            </w:r>
          </w:p>
        </w:tc>
        <w:tc>
          <w:tcPr>
            <w:tcW w:w="2948" w:type="dxa"/>
            <w:tcBorders>
              <w:top w:val="nil"/>
              <w:left w:val="nil"/>
              <w:bottom w:val="nil"/>
              <w:right w:val="nil"/>
            </w:tcBorders>
            <w:tcMar>
              <w:top w:w="80" w:type="dxa"/>
              <w:left w:w="100" w:type="dxa"/>
              <w:bottom w:w="80" w:type="dxa"/>
              <w:right w:w="100" w:type="dxa"/>
            </w:tcMar>
            <w:vAlign w:val="center"/>
          </w:tcPr>
          <w:p w14:paraId="4629AD24" w14:textId="77777777" w:rsidR="001243DE" w:rsidRPr="00FC6516" w:rsidRDefault="000D6A82">
            <w:pPr>
              <w:spacing w:after="0"/>
              <w:rPr>
                <w:rFonts w:ascii="Montserrat" w:hAnsi="Montserrat"/>
                <w:sz w:val="20"/>
                <w:szCs w:val="20"/>
              </w:rPr>
            </w:pPr>
            <w:r w:rsidRPr="00FC6516">
              <w:rPr>
                <w:rFonts w:ascii="Montserrat" w:hAnsi="Montserrat"/>
                <w:sz w:val="20"/>
                <w:szCs w:val="20"/>
              </w:rPr>
              <w:t>__________________________________</w:t>
            </w:r>
          </w:p>
        </w:tc>
        <w:tc>
          <w:tcPr>
            <w:tcW w:w="1701" w:type="dxa"/>
            <w:tcBorders>
              <w:top w:val="nil"/>
              <w:left w:val="nil"/>
              <w:bottom w:val="nil"/>
              <w:right w:val="nil"/>
            </w:tcBorders>
            <w:tcMar>
              <w:top w:w="80" w:type="dxa"/>
              <w:left w:w="100" w:type="dxa"/>
              <w:bottom w:w="80" w:type="dxa"/>
              <w:right w:w="100" w:type="dxa"/>
            </w:tcMar>
            <w:vAlign w:val="center"/>
          </w:tcPr>
          <w:p w14:paraId="47E41F1C" w14:textId="77777777" w:rsidR="001243DE" w:rsidRPr="00FC6516" w:rsidRDefault="001243DE">
            <w:pPr>
              <w:spacing w:after="0"/>
              <w:rPr>
                <w:rFonts w:ascii="Montserrat" w:hAnsi="Montserrat"/>
                <w:sz w:val="20"/>
                <w:szCs w:val="20"/>
              </w:rPr>
            </w:pPr>
          </w:p>
        </w:tc>
        <w:tc>
          <w:tcPr>
            <w:tcW w:w="2835" w:type="dxa"/>
            <w:tcBorders>
              <w:top w:val="nil"/>
              <w:left w:val="nil"/>
              <w:bottom w:val="nil"/>
              <w:right w:val="nil"/>
            </w:tcBorders>
            <w:tcMar>
              <w:top w:w="80" w:type="dxa"/>
              <w:left w:w="100" w:type="dxa"/>
              <w:bottom w:w="80" w:type="dxa"/>
              <w:right w:w="100" w:type="dxa"/>
            </w:tcMar>
            <w:vAlign w:val="center"/>
          </w:tcPr>
          <w:p w14:paraId="158A57A1" w14:textId="77777777" w:rsidR="001243DE" w:rsidRPr="00FC6516" w:rsidRDefault="001243DE">
            <w:pPr>
              <w:spacing w:after="0"/>
              <w:rPr>
                <w:rFonts w:ascii="Montserrat" w:hAnsi="Montserrat"/>
                <w:sz w:val="20"/>
                <w:szCs w:val="20"/>
              </w:rPr>
            </w:pPr>
          </w:p>
        </w:tc>
      </w:tr>
      <w:tr w:rsidR="001243DE" w:rsidRPr="00FC6516" w14:paraId="6168814D" w14:textId="77777777">
        <w:trPr>
          <w:jc w:val="center"/>
        </w:trPr>
        <w:tc>
          <w:tcPr>
            <w:tcW w:w="1814" w:type="dxa"/>
            <w:tcBorders>
              <w:top w:val="nil"/>
              <w:left w:val="nil"/>
              <w:bottom w:val="nil"/>
              <w:right w:val="nil"/>
            </w:tcBorders>
            <w:tcMar>
              <w:top w:w="80" w:type="dxa"/>
              <w:left w:w="100" w:type="dxa"/>
              <w:bottom w:w="80" w:type="dxa"/>
              <w:right w:w="100" w:type="dxa"/>
            </w:tcMar>
            <w:vAlign w:val="center"/>
          </w:tcPr>
          <w:p w14:paraId="67A05EA7" w14:textId="77777777" w:rsidR="001243DE" w:rsidRPr="00FC6516" w:rsidRDefault="000D6A82">
            <w:pPr>
              <w:spacing w:after="0"/>
              <w:rPr>
                <w:rFonts w:ascii="Montserrat" w:hAnsi="Montserrat"/>
                <w:sz w:val="20"/>
                <w:szCs w:val="20"/>
              </w:rPr>
            </w:pPr>
            <w:r w:rsidRPr="00FC6516">
              <w:rPr>
                <w:rFonts w:ascii="Montserrat" w:hAnsi="Montserrat"/>
                <w:sz w:val="20"/>
                <w:szCs w:val="20"/>
              </w:rPr>
              <w:t>ID za DDV:</w:t>
            </w:r>
          </w:p>
        </w:tc>
        <w:tc>
          <w:tcPr>
            <w:tcW w:w="2948" w:type="dxa"/>
            <w:tcBorders>
              <w:top w:val="nil"/>
              <w:left w:val="nil"/>
              <w:bottom w:val="nil"/>
              <w:right w:val="nil"/>
            </w:tcBorders>
            <w:tcMar>
              <w:top w:w="80" w:type="dxa"/>
              <w:left w:w="100" w:type="dxa"/>
              <w:bottom w:w="80" w:type="dxa"/>
              <w:right w:w="100" w:type="dxa"/>
            </w:tcMar>
            <w:vAlign w:val="center"/>
          </w:tcPr>
          <w:p w14:paraId="0E5C25FB" w14:textId="77777777" w:rsidR="001243DE" w:rsidRPr="00FC6516" w:rsidRDefault="000D6A82">
            <w:pPr>
              <w:spacing w:after="0"/>
              <w:rPr>
                <w:rFonts w:ascii="Montserrat" w:hAnsi="Montserrat"/>
                <w:sz w:val="20"/>
                <w:szCs w:val="20"/>
              </w:rPr>
            </w:pPr>
            <w:r w:rsidRPr="00FC6516">
              <w:rPr>
                <w:rFonts w:ascii="Montserrat" w:hAnsi="Montserrat"/>
                <w:sz w:val="20"/>
                <w:szCs w:val="20"/>
              </w:rPr>
              <w:t>__________________</w:t>
            </w:r>
          </w:p>
        </w:tc>
        <w:tc>
          <w:tcPr>
            <w:tcW w:w="1701" w:type="dxa"/>
            <w:tcBorders>
              <w:top w:val="nil"/>
              <w:left w:val="nil"/>
              <w:bottom w:val="nil"/>
              <w:right w:val="nil"/>
            </w:tcBorders>
            <w:tcMar>
              <w:top w:w="80" w:type="dxa"/>
              <w:left w:w="100" w:type="dxa"/>
              <w:bottom w:w="80" w:type="dxa"/>
              <w:right w:w="100" w:type="dxa"/>
            </w:tcMar>
            <w:vAlign w:val="center"/>
          </w:tcPr>
          <w:p w14:paraId="0029C496" w14:textId="77777777" w:rsidR="001243DE" w:rsidRPr="00FC6516" w:rsidRDefault="000D6A82">
            <w:pPr>
              <w:spacing w:after="0"/>
              <w:rPr>
                <w:rFonts w:ascii="Montserrat" w:hAnsi="Montserrat"/>
                <w:sz w:val="20"/>
                <w:szCs w:val="20"/>
              </w:rPr>
            </w:pPr>
            <w:r w:rsidRPr="00FC6516">
              <w:rPr>
                <w:rFonts w:ascii="Montserrat" w:hAnsi="Montserrat"/>
                <w:sz w:val="20"/>
                <w:szCs w:val="20"/>
              </w:rPr>
              <w:t>matična št.:</w:t>
            </w:r>
          </w:p>
        </w:tc>
        <w:tc>
          <w:tcPr>
            <w:tcW w:w="2835" w:type="dxa"/>
            <w:tcBorders>
              <w:top w:val="nil"/>
              <w:left w:val="nil"/>
              <w:bottom w:val="nil"/>
              <w:right w:val="nil"/>
            </w:tcBorders>
            <w:tcMar>
              <w:top w:w="80" w:type="dxa"/>
              <w:left w:w="100" w:type="dxa"/>
              <w:bottom w:w="80" w:type="dxa"/>
              <w:right w:w="100" w:type="dxa"/>
            </w:tcMar>
            <w:vAlign w:val="center"/>
          </w:tcPr>
          <w:p w14:paraId="5D675D05" w14:textId="77777777" w:rsidR="001243DE" w:rsidRPr="00FC6516" w:rsidRDefault="000D6A82">
            <w:pPr>
              <w:spacing w:after="0"/>
              <w:rPr>
                <w:rFonts w:ascii="Montserrat" w:hAnsi="Montserrat"/>
                <w:sz w:val="20"/>
                <w:szCs w:val="20"/>
              </w:rPr>
            </w:pPr>
            <w:r w:rsidRPr="00FC6516">
              <w:rPr>
                <w:rFonts w:ascii="Montserrat" w:hAnsi="Montserrat"/>
                <w:sz w:val="20"/>
                <w:szCs w:val="20"/>
              </w:rPr>
              <w:t>__________________</w:t>
            </w:r>
          </w:p>
        </w:tc>
      </w:tr>
      <w:tr w:rsidR="001243DE" w:rsidRPr="00FC6516" w14:paraId="0F62A226" w14:textId="77777777">
        <w:trPr>
          <w:jc w:val="center"/>
        </w:trPr>
        <w:tc>
          <w:tcPr>
            <w:tcW w:w="1814" w:type="dxa"/>
            <w:tcBorders>
              <w:top w:val="nil"/>
              <w:left w:val="nil"/>
              <w:bottom w:val="nil"/>
              <w:right w:val="nil"/>
            </w:tcBorders>
            <w:tcMar>
              <w:top w:w="80" w:type="dxa"/>
              <w:left w:w="100" w:type="dxa"/>
              <w:bottom w:w="80" w:type="dxa"/>
              <w:right w:w="100" w:type="dxa"/>
            </w:tcMar>
            <w:vAlign w:val="center"/>
          </w:tcPr>
          <w:p w14:paraId="01355233" w14:textId="77777777" w:rsidR="001243DE" w:rsidRPr="00FC6516" w:rsidRDefault="000D6A82">
            <w:pPr>
              <w:spacing w:after="0"/>
              <w:rPr>
                <w:rFonts w:ascii="Montserrat" w:hAnsi="Montserrat"/>
                <w:sz w:val="20"/>
                <w:szCs w:val="20"/>
              </w:rPr>
            </w:pPr>
            <w:r w:rsidRPr="00FC6516">
              <w:rPr>
                <w:rFonts w:ascii="Montserrat" w:hAnsi="Montserrat"/>
                <w:sz w:val="20"/>
                <w:szCs w:val="20"/>
              </w:rPr>
              <w:t>TRR:</w:t>
            </w:r>
          </w:p>
        </w:tc>
        <w:tc>
          <w:tcPr>
            <w:tcW w:w="2948" w:type="dxa"/>
            <w:tcBorders>
              <w:top w:val="nil"/>
              <w:left w:val="nil"/>
              <w:bottom w:val="nil"/>
              <w:right w:val="nil"/>
            </w:tcBorders>
            <w:tcMar>
              <w:top w:w="80" w:type="dxa"/>
              <w:left w:w="100" w:type="dxa"/>
              <w:bottom w:w="80" w:type="dxa"/>
              <w:right w:w="100" w:type="dxa"/>
            </w:tcMar>
            <w:vAlign w:val="center"/>
          </w:tcPr>
          <w:p w14:paraId="759F1F3A" w14:textId="77777777" w:rsidR="001243DE" w:rsidRPr="00FC6516" w:rsidRDefault="000D6A82">
            <w:pPr>
              <w:spacing w:after="0"/>
              <w:rPr>
                <w:rFonts w:ascii="Montserrat" w:hAnsi="Montserrat"/>
                <w:sz w:val="20"/>
                <w:szCs w:val="20"/>
              </w:rPr>
            </w:pPr>
            <w:r w:rsidRPr="00FC6516">
              <w:rPr>
                <w:rFonts w:ascii="Montserrat" w:hAnsi="Montserrat"/>
                <w:sz w:val="20"/>
                <w:szCs w:val="20"/>
              </w:rPr>
              <w:t>__________________</w:t>
            </w:r>
          </w:p>
        </w:tc>
        <w:tc>
          <w:tcPr>
            <w:tcW w:w="1701" w:type="dxa"/>
            <w:tcBorders>
              <w:top w:val="nil"/>
              <w:left w:val="nil"/>
              <w:bottom w:val="nil"/>
              <w:right w:val="nil"/>
            </w:tcBorders>
            <w:tcMar>
              <w:top w:w="80" w:type="dxa"/>
              <w:left w:w="100" w:type="dxa"/>
              <w:bottom w:w="80" w:type="dxa"/>
              <w:right w:w="100" w:type="dxa"/>
            </w:tcMar>
            <w:vAlign w:val="center"/>
          </w:tcPr>
          <w:p w14:paraId="747DF6D2" w14:textId="77777777" w:rsidR="001243DE" w:rsidRPr="00FC6516" w:rsidRDefault="000D6A82">
            <w:pPr>
              <w:spacing w:after="0"/>
              <w:rPr>
                <w:rFonts w:ascii="Montserrat" w:hAnsi="Montserrat"/>
                <w:sz w:val="20"/>
                <w:szCs w:val="20"/>
              </w:rPr>
            </w:pPr>
            <w:r w:rsidRPr="00FC6516">
              <w:rPr>
                <w:rFonts w:ascii="Montserrat" w:hAnsi="Montserrat"/>
                <w:sz w:val="20"/>
                <w:szCs w:val="20"/>
              </w:rPr>
              <w:t>odprt pri:</w:t>
            </w:r>
          </w:p>
        </w:tc>
        <w:tc>
          <w:tcPr>
            <w:tcW w:w="2835" w:type="dxa"/>
            <w:tcBorders>
              <w:top w:val="nil"/>
              <w:left w:val="nil"/>
              <w:bottom w:val="nil"/>
              <w:right w:val="nil"/>
            </w:tcBorders>
            <w:tcMar>
              <w:top w:w="80" w:type="dxa"/>
              <w:left w:w="100" w:type="dxa"/>
              <w:bottom w:w="80" w:type="dxa"/>
              <w:right w:w="100" w:type="dxa"/>
            </w:tcMar>
            <w:vAlign w:val="center"/>
          </w:tcPr>
          <w:p w14:paraId="1F72BA52" w14:textId="77777777" w:rsidR="001243DE" w:rsidRPr="00FC6516" w:rsidRDefault="000D6A82">
            <w:pPr>
              <w:spacing w:after="0"/>
              <w:rPr>
                <w:rFonts w:ascii="Montserrat" w:hAnsi="Montserrat"/>
                <w:sz w:val="20"/>
                <w:szCs w:val="20"/>
              </w:rPr>
            </w:pPr>
            <w:r w:rsidRPr="00FC6516">
              <w:rPr>
                <w:rFonts w:ascii="Montserrat" w:hAnsi="Montserrat"/>
                <w:sz w:val="20"/>
                <w:szCs w:val="20"/>
              </w:rPr>
              <w:t>__________________</w:t>
            </w:r>
          </w:p>
        </w:tc>
      </w:tr>
    </w:tbl>
    <w:p w14:paraId="55F354C9" w14:textId="77777777" w:rsidR="001243DE" w:rsidRPr="00FC6516" w:rsidRDefault="000D6A82">
      <w:pPr>
        <w:spacing w:after="100" w:line="252" w:lineRule="auto"/>
        <w:jc w:val="both"/>
        <w:rPr>
          <w:rFonts w:ascii="Montserrat" w:hAnsi="Montserrat"/>
          <w:sz w:val="20"/>
          <w:szCs w:val="20"/>
        </w:rPr>
      </w:pPr>
      <w:r w:rsidRPr="00FC6516">
        <w:rPr>
          <w:rFonts w:ascii="Montserrat" w:hAnsi="Montserrat"/>
          <w:sz w:val="20"/>
          <w:szCs w:val="20"/>
        </w:rPr>
        <w:t>(v nadaljevanju: izvajalec) skleneta</w:t>
      </w:r>
    </w:p>
    <w:p w14:paraId="730879B5" w14:textId="77777777" w:rsidR="001243DE" w:rsidRPr="00FC6516" w:rsidRDefault="000D6A82">
      <w:pPr>
        <w:spacing w:before="240" w:after="240"/>
        <w:jc w:val="center"/>
        <w:rPr>
          <w:rFonts w:ascii="Montserrat" w:hAnsi="Montserrat"/>
          <w:sz w:val="20"/>
          <w:szCs w:val="20"/>
        </w:rPr>
      </w:pPr>
      <w:r w:rsidRPr="00FC6516">
        <w:rPr>
          <w:rFonts w:ascii="Montserrat" w:hAnsi="Montserrat"/>
          <w:b/>
          <w:sz w:val="20"/>
          <w:szCs w:val="20"/>
        </w:rPr>
        <w:t>POGODBO O DOBAVI IN MONTAŽI OPREME ZA GEO.HUB MEŽICA</w:t>
      </w:r>
      <w:r w:rsidRPr="00FC6516">
        <w:rPr>
          <w:rFonts w:ascii="Montserrat" w:hAnsi="Montserrat"/>
          <w:b/>
          <w:sz w:val="20"/>
          <w:szCs w:val="20"/>
        </w:rPr>
        <w:br/>
        <w:t>INTERREG SI-AT »GEOPARK GREENTOUR«</w:t>
      </w:r>
    </w:p>
    <w:p w14:paraId="27321B07" w14:textId="77777777" w:rsidR="001243DE" w:rsidRPr="00FC6516" w:rsidRDefault="000D6A82">
      <w:pPr>
        <w:keepNext/>
        <w:spacing w:before="200" w:after="120"/>
        <w:jc w:val="center"/>
        <w:rPr>
          <w:rFonts w:ascii="Montserrat" w:hAnsi="Montserrat"/>
          <w:sz w:val="20"/>
          <w:szCs w:val="20"/>
        </w:rPr>
      </w:pPr>
      <w:r w:rsidRPr="00FC6516">
        <w:rPr>
          <w:rFonts w:ascii="Montserrat" w:hAnsi="Montserrat"/>
          <w:b/>
          <w:sz w:val="20"/>
          <w:szCs w:val="20"/>
        </w:rPr>
        <w:t>1. člen</w:t>
      </w:r>
    </w:p>
    <w:p w14:paraId="4843A233" w14:textId="77777777" w:rsidR="001243DE" w:rsidRPr="00FC6516" w:rsidRDefault="000D6A82">
      <w:pPr>
        <w:spacing w:after="100" w:line="252" w:lineRule="auto"/>
        <w:jc w:val="both"/>
        <w:rPr>
          <w:rFonts w:ascii="Montserrat" w:hAnsi="Montserrat"/>
          <w:sz w:val="20"/>
          <w:szCs w:val="20"/>
        </w:rPr>
      </w:pPr>
      <w:r w:rsidRPr="00FC6516">
        <w:rPr>
          <w:rFonts w:ascii="Montserrat" w:hAnsi="Montserrat"/>
          <w:sz w:val="20"/>
          <w:szCs w:val="20"/>
        </w:rPr>
        <w:t>Pogodbeni stranki uvodoma ugotavljata, da:</w:t>
      </w:r>
    </w:p>
    <w:p w14:paraId="65B26361" w14:textId="77777777" w:rsidR="001243DE" w:rsidRPr="00FC6516" w:rsidRDefault="000D6A82">
      <w:pPr>
        <w:pStyle w:val="Oznaenseznam"/>
        <w:spacing w:after="40"/>
        <w:ind w:left="312" w:hanging="142"/>
        <w:rPr>
          <w:rFonts w:ascii="Montserrat" w:hAnsi="Montserrat"/>
          <w:sz w:val="20"/>
          <w:szCs w:val="20"/>
        </w:rPr>
      </w:pPr>
      <w:r w:rsidRPr="00FC6516">
        <w:rPr>
          <w:rFonts w:ascii="Montserrat" w:hAnsi="Montserrat"/>
          <w:sz w:val="20"/>
          <w:szCs w:val="20"/>
        </w:rPr>
        <w:t>je naročnik v skladu z določbami Zakona o javnem naročanju (ZJN-3) po evidenčnem postopku zbiral ponudbe za dobavo, izdelavo in montažo opreme za Geo.Hub Mežica v okviru projekta INTERREG SI-AT »Geopark GreenTour«;</w:t>
      </w:r>
    </w:p>
    <w:p w14:paraId="079B6CD0" w14:textId="77777777" w:rsidR="001243DE" w:rsidRPr="00FC6516" w:rsidRDefault="000D6A82">
      <w:pPr>
        <w:pStyle w:val="Oznaenseznam"/>
        <w:spacing w:after="40"/>
        <w:ind w:left="312" w:hanging="142"/>
        <w:rPr>
          <w:rFonts w:ascii="Montserrat" w:hAnsi="Montserrat"/>
          <w:sz w:val="20"/>
          <w:szCs w:val="20"/>
        </w:rPr>
      </w:pPr>
      <w:r w:rsidRPr="00FC6516">
        <w:rPr>
          <w:rFonts w:ascii="Montserrat" w:hAnsi="Montserrat"/>
          <w:sz w:val="20"/>
          <w:szCs w:val="20"/>
        </w:rPr>
        <w:t>je naročnik na podlagi prejetih ponudb izbral izvajalca kot ekonomsko najugodnejšega ponudnika po merilu najnižje cene;</w:t>
      </w:r>
    </w:p>
    <w:p w14:paraId="70AA229A" w14:textId="77777777" w:rsidR="001243DE" w:rsidRPr="00FC6516" w:rsidRDefault="000D6A82">
      <w:pPr>
        <w:pStyle w:val="Oznaenseznam"/>
        <w:spacing w:after="40"/>
        <w:ind w:left="312" w:hanging="142"/>
        <w:rPr>
          <w:rFonts w:ascii="Montserrat" w:hAnsi="Montserrat"/>
          <w:sz w:val="20"/>
          <w:szCs w:val="20"/>
        </w:rPr>
      </w:pPr>
      <w:r w:rsidRPr="00FC6516">
        <w:rPr>
          <w:rFonts w:ascii="Montserrat" w:hAnsi="Montserrat"/>
          <w:sz w:val="20"/>
          <w:szCs w:val="20"/>
        </w:rPr>
        <w:t>so sestavni del te pogodbe Povabilo k oddaji ponudbe z dne 21. 10. 2026, tehnične specifikacije za Geo.Hub Mežica ter ponudba izvajalca št. __________ z dne _</w:t>
      </w:r>
      <w:proofErr w:type="gramStart"/>
      <w:r w:rsidRPr="00FC6516">
        <w:rPr>
          <w:rFonts w:ascii="Montserrat" w:hAnsi="Montserrat"/>
          <w:sz w:val="20"/>
          <w:szCs w:val="20"/>
        </w:rPr>
        <w:t>_._</w:t>
      </w:r>
      <w:proofErr w:type="gramEnd"/>
      <w:r w:rsidRPr="00FC6516">
        <w:rPr>
          <w:rFonts w:ascii="Montserrat" w:hAnsi="Montserrat"/>
          <w:sz w:val="20"/>
          <w:szCs w:val="20"/>
        </w:rPr>
        <w:t>_.2026;</w:t>
      </w:r>
    </w:p>
    <w:p w14:paraId="49FE733E" w14:textId="77777777" w:rsidR="001243DE" w:rsidRPr="00FC6516" w:rsidRDefault="000D6A82">
      <w:pPr>
        <w:pStyle w:val="Oznaenseznam"/>
        <w:spacing w:after="40"/>
        <w:ind w:left="312" w:hanging="142"/>
        <w:rPr>
          <w:rFonts w:ascii="Montserrat" w:hAnsi="Montserrat"/>
          <w:sz w:val="20"/>
          <w:szCs w:val="20"/>
        </w:rPr>
      </w:pPr>
      <w:r w:rsidRPr="00FC6516">
        <w:rPr>
          <w:rFonts w:ascii="Montserrat" w:hAnsi="Montserrat"/>
          <w:sz w:val="20"/>
          <w:szCs w:val="20"/>
        </w:rPr>
        <w:t>je projekt »Geopark GreenTour« sofinanciran v okviru programa Interreg Slovenija-Avstrija iz sredstev Evropske unije.</w:t>
      </w:r>
    </w:p>
    <w:p w14:paraId="4197F0C2" w14:textId="77777777" w:rsidR="001243DE" w:rsidRPr="00FC6516" w:rsidRDefault="000D6A82">
      <w:pPr>
        <w:keepNext/>
        <w:spacing w:before="200" w:after="120"/>
        <w:jc w:val="center"/>
        <w:rPr>
          <w:rFonts w:ascii="Montserrat" w:hAnsi="Montserrat"/>
          <w:sz w:val="20"/>
          <w:szCs w:val="20"/>
        </w:rPr>
      </w:pPr>
      <w:r w:rsidRPr="00FC6516">
        <w:rPr>
          <w:rFonts w:ascii="Montserrat" w:hAnsi="Montserrat"/>
          <w:b/>
          <w:sz w:val="20"/>
          <w:szCs w:val="20"/>
        </w:rPr>
        <w:t>2. člen</w:t>
      </w:r>
    </w:p>
    <w:p w14:paraId="7CFC1724" w14:textId="77777777" w:rsidR="001243DE" w:rsidRPr="00FC6516" w:rsidRDefault="000D6A82">
      <w:pPr>
        <w:spacing w:after="100" w:line="252" w:lineRule="auto"/>
        <w:jc w:val="both"/>
        <w:rPr>
          <w:rFonts w:ascii="Montserrat" w:hAnsi="Montserrat"/>
          <w:sz w:val="20"/>
          <w:szCs w:val="20"/>
        </w:rPr>
      </w:pPr>
      <w:r w:rsidRPr="00FC6516">
        <w:rPr>
          <w:rFonts w:ascii="Montserrat" w:hAnsi="Montserrat"/>
          <w:sz w:val="20"/>
          <w:szCs w:val="20"/>
        </w:rPr>
        <w:t>Pogodba se sklepa v skladu z drugim odstavkom 21. člena ZJN-3 po evidenčnem postopku zbiranja ponudb.</w:t>
      </w:r>
    </w:p>
    <w:p w14:paraId="6E10CA05" w14:textId="77777777" w:rsidR="001243DE" w:rsidRPr="00FC6516" w:rsidRDefault="000D6A82">
      <w:pPr>
        <w:keepNext/>
        <w:spacing w:before="200" w:after="120"/>
        <w:jc w:val="center"/>
        <w:rPr>
          <w:rFonts w:ascii="Montserrat" w:hAnsi="Montserrat"/>
          <w:sz w:val="20"/>
          <w:szCs w:val="20"/>
        </w:rPr>
      </w:pPr>
      <w:r w:rsidRPr="00FC6516">
        <w:rPr>
          <w:rFonts w:ascii="Montserrat" w:hAnsi="Montserrat"/>
          <w:b/>
          <w:sz w:val="20"/>
          <w:szCs w:val="20"/>
        </w:rPr>
        <w:t>3. člen</w:t>
      </w:r>
    </w:p>
    <w:p w14:paraId="15230B18" w14:textId="77777777" w:rsidR="001243DE" w:rsidRPr="00FC6516" w:rsidRDefault="000D6A82">
      <w:pPr>
        <w:spacing w:after="100" w:line="252" w:lineRule="auto"/>
        <w:jc w:val="both"/>
        <w:rPr>
          <w:rFonts w:ascii="Montserrat" w:hAnsi="Montserrat"/>
          <w:sz w:val="20"/>
          <w:szCs w:val="20"/>
        </w:rPr>
      </w:pPr>
      <w:r w:rsidRPr="00FC6516">
        <w:rPr>
          <w:rFonts w:ascii="Montserrat" w:hAnsi="Montserrat"/>
          <w:sz w:val="20"/>
          <w:szCs w:val="20"/>
        </w:rPr>
        <w:t>Predmet pogodbe je projektiranje oziroma priprava izvedbene dokumentacije, izdelava, dobava in montaža opreme za Geo.Hub Mežica v obiskovalskem centru Geoparka Karavanke, Glančnik 8, 2392 Mežica, skladno s tehničnimi specifikacijami in ponudbo izvajalca.</w:t>
      </w:r>
    </w:p>
    <w:p w14:paraId="7C6D5322" w14:textId="77777777" w:rsidR="001243DE" w:rsidRPr="00FC6516" w:rsidRDefault="000D6A82">
      <w:pPr>
        <w:spacing w:after="100" w:line="252" w:lineRule="auto"/>
        <w:jc w:val="both"/>
        <w:rPr>
          <w:rFonts w:ascii="Montserrat" w:hAnsi="Montserrat"/>
          <w:sz w:val="20"/>
          <w:szCs w:val="20"/>
        </w:rPr>
      </w:pPr>
      <w:r w:rsidRPr="00FC6516">
        <w:rPr>
          <w:rFonts w:ascii="Montserrat" w:hAnsi="Montserrat"/>
          <w:sz w:val="20"/>
          <w:szCs w:val="20"/>
        </w:rPr>
        <w:t>Predmet pogodbe obsega zlasti:</w:t>
      </w:r>
    </w:p>
    <w:p w14:paraId="091B4122" w14:textId="77777777" w:rsidR="001243DE" w:rsidRPr="00FC6516" w:rsidRDefault="000D6A82">
      <w:pPr>
        <w:pStyle w:val="Oznaenseznam"/>
        <w:spacing w:after="40"/>
        <w:ind w:left="312" w:hanging="142"/>
        <w:rPr>
          <w:rFonts w:ascii="Montserrat" w:hAnsi="Montserrat"/>
          <w:sz w:val="20"/>
          <w:szCs w:val="20"/>
        </w:rPr>
      </w:pPr>
      <w:r w:rsidRPr="00FC6516">
        <w:rPr>
          <w:rFonts w:ascii="Montserrat" w:hAnsi="Montserrat"/>
          <w:sz w:val="20"/>
          <w:szCs w:val="20"/>
        </w:rPr>
        <w:t>M1 - informacijska stena Geopark: stenski okvirni panel, projektiranje in izvedba;</w:t>
      </w:r>
    </w:p>
    <w:p w14:paraId="759E598A" w14:textId="77777777" w:rsidR="001243DE" w:rsidRPr="00FC6516" w:rsidRDefault="000D6A82">
      <w:pPr>
        <w:pStyle w:val="Oznaenseznam"/>
        <w:spacing w:after="40"/>
        <w:ind w:left="312" w:hanging="142"/>
        <w:rPr>
          <w:rFonts w:ascii="Montserrat" w:hAnsi="Montserrat"/>
          <w:sz w:val="20"/>
          <w:szCs w:val="20"/>
        </w:rPr>
      </w:pPr>
      <w:r w:rsidRPr="00FC6516">
        <w:rPr>
          <w:rFonts w:ascii="Montserrat" w:hAnsi="Montserrat"/>
          <w:sz w:val="20"/>
          <w:szCs w:val="20"/>
        </w:rPr>
        <w:lastRenderedPageBreak/>
        <w:t>M2 - informacijska stena Turistična ponudba: stenski okvirni panel, projektiranje in izvedba;</w:t>
      </w:r>
    </w:p>
    <w:p w14:paraId="56DDF912" w14:textId="77777777" w:rsidR="001243DE" w:rsidRPr="00FC6516" w:rsidRDefault="000D6A82">
      <w:pPr>
        <w:pStyle w:val="Oznaenseznam"/>
        <w:spacing w:after="40"/>
        <w:ind w:left="312" w:hanging="142"/>
        <w:rPr>
          <w:rFonts w:ascii="Montserrat" w:hAnsi="Montserrat"/>
          <w:sz w:val="20"/>
          <w:szCs w:val="20"/>
        </w:rPr>
      </w:pPr>
      <w:r w:rsidRPr="00FC6516">
        <w:rPr>
          <w:rFonts w:ascii="Montserrat" w:hAnsi="Montserrat"/>
          <w:sz w:val="20"/>
          <w:szCs w:val="20"/>
        </w:rPr>
        <w:t>M3 - informacijska stena Rudnik Mežica: stenski okvirni panel, projektiranje in izvedba;</w:t>
      </w:r>
    </w:p>
    <w:p w14:paraId="1CA8FDC9" w14:textId="77777777" w:rsidR="001243DE" w:rsidRPr="00FC6516" w:rsidRDefault="000D6A82">
      <w:pPr>
        <w:pStyle w:val="Oznaenseznam"/>
        <w:spacing w:after="40"/>
        <w:ind w:left="312" w:hanging="142"/>
        <w:rPr>
          <w:rFonts w:ascii="Montserrat" w:hAnsi="Montserrat"/>
          <w:sz w:val="20"/>
          <w:szCs w:val="20"/>
        </w:rPr>
      </w:pPr>
      <w:r w:rsidRPr="00FC6516">
        <w:rPr>
          <w:rFonts w:ascii="Montserrat" w:hAnsi="Montserrat"/>
          <w:sz w:val="20"/>
          <w:szCs w:val="20"/>
        </w:rPr>
        <w:t>M4 - razstavna stena Čeladarnica: razstavna stena s paneli, projektiranje in izvedba;</w:t>
      </w:r>
    </w:p>
    <w:p w14:paraId="1A1CBE1F" w14:textId="77777777" w:rsidR="001243DE" w:rsidRPr="00FC6516" w:rsidRDefault="000D6A82">
      <w:pPr>
        <w:pStyle w:val="Oznaenseznam"/>
        <w:spacing w:after="40"/>
        <w:ind w:left="312" w:hanging="142"/>
        <w:rPr>
          <w:rFonts w:ascii="Montserrat" w:hAnsi="Montserrat"/>
          <w:sz w:val="20"/>
          <w:szCs w:val="20"/>
        </w:rPr>
      </w:pPr>
      <w:r w:rsidRPr="00FC6516">
        <w:rPr>
          <w:rFonts w:ascii="Montserrat" w:hAnsi="Montserrat"/>
          <w:sz w:val="20"/>
          <w:szCs w:val="20"/>
        </w:rPr>
        <w:t>M5 - prostor za shranjevanje tehnične opreme: stenski elementi, projektiranje in izvedba;</w:t>
      </w:r>
    </w:p>
    <w:p w14:paraId="5BB66448" w14:textId="77777777" w:rsidR="001243DE" w:rsidRPr="00FC6516" w:rsidRDefault="000D6A82">
      <w:pPr>
        <w:pStyle w:val="Oznaenseznam"/>
        <w:spacing w:after="40"/>
        <w:ind w:left="312" w:hanging="142"/>
        <w:rPr>
          <w:rFonts w:ascii="Montserrat" w:hAnsi="Montserrat"/>
          <w:sz w:val="20"/>
          <w:szCs w:val="20"/>
        </w:rPr>
      </w:pPr>
      <w:r w:rsidRPr="00FC6516">
        <w:rPr>
          <w:rFonts w:ascii="Montserrat" w:hAnsi="Montserrat"/>
          <w:sz w:val="20"/>
          <w:szCs w:val="20"/>
        </w:rPr>
        <w:t>M6 - razstavni vitrini;</w:t>
      </w:r>
    </w:p>
    <w:p w14:paraId="7F3200C2" w14:textId="77777777" w:rsidR="001243DE" w:rsidRPr="00FC6516" w:rsidRDefault="000D6A82">
      <w:pPr>
        <w:pStyle w:val="Oznaenseznam"/>
        <w:spacing w:after="40"/>
        <w:ind w:left="312" w:hanging="142"/>
        <w:rPr>
          <w:rFonts w:ascii="Montserrat" w:hAnsi="Montserrat"/>
          <w:sz w:val="20"/>
          <w:szCs w:val="20"/>
        </w:rPr>
      </w:pPr>
      <w:r w:rsidRPr="00FC6516">
        <w:rPr>
          <w:rFonts w:ascii="Montserrat" w:hAnsi="Montserrat"/>
          <w:sz w:val="20"/>
          <w:szCs w:val="20"/>
        </w:rPr>
        <w:t>prevoz in montažo opreme na kraju samem ter vse druge stroške, ki so v ponudbi izvajalca vključeni v pogodbeno ceno.</w:t>
      </w:r>
    </w:p>
    <w:p w14:paraId="3C54142E" w14:textId="77777777" w:rsidR="001243DE" w:rsidRPr="00FC6516" w:rsidRDefault="000D6A82">
      <w:pPr>
        <w:spacing w:after="100" w:line="252" w:lineRule="auto"/>
        <w:jc w:val="both"/>
        <w:rPr>
          <w:rFonts w:ascii="Montserrat" w:hAnsi="Montserrat"/>
          <w:sz w:val="20"/>
          <w:szCs w:val="20"/>
        </w:rPr>
      </w:pPr>
      <w:r w:rsidRPr="00FC6516">
        <w:rPr>
          <w:rFonts w:ascii="Montserrat" w:hAnsi="Montserrat"/>
          <w:sz w:val="20"/>
          <w:szCs w:val="20"/>
        </w:rPr>
        <w:t>Izvajalec mora pri izvedbi upoštevati vse zahteve iz tehničnih specifikacij, vključno z materiali, dimenzijami, konstrukcijskimi zahtevami, dostopnostjo posameznih elementov, montažo in drugimi zahtevami, opredeljenimi v dokumentaciji naročila.</w:t>
      </w:r>
    </w:p>
    <w:p w14:paraId="0096EC60" w14:textId="77777777" w:rsidR="001243DE" w:rsidRPr="00FC6516" w:rsidRDefault="000D6A82">
      <w:pPr>
        <w:keepNext/>
        <w:spacing w:before="200" w:after="120"/>
        <w:jc w:val="center"/>
        <w:rPr>
          <w:rFonts w:ascii="Montserrat" w:hAnsi="Montserrat"/>
          <w:sz w:val="20"/>
          <w:szCs w:val="20"/>
        </w:rPr>
      </w:pPr>
      <w:r w:rsidRPr="00FC6516">
        <w:rPr>
          <w:rFonts w:ascii="Montserrat" w:hAnsi="Montserrat"/>
          <w:b/>
          <w:sz w:val="20"/>
          <w:szCs w:val="20"/>
        </w:rPr>
        <w:t>4. člen</w:t>
      </w:r>
    </w:p>
    <w:p w14:paraId="38F6D32D" w14:textId="77777777" w:rsidR="001243DE" w:rsidRPr="00FC6516" w:rsidRDefault="000D6A82">
      <w:pPr>
        <w:spacing w:after="100" w:line="252" w:lineRule="auto"/>
        <w:jc w:val="both"/>
        <w:rPr>
          <w:rFonts w:ascii="Montserrat" w:hAnsi="Montserrat"/>
          <w:sz w:val="20"/>
          <w:szCs w:val="20"/>
        </w:rPr>
      </w:pPr>
      <w:r w:rsidRPr="00FC6516">
        <w:rPr>
          <w:rFonts w:ascii="Montserrat" w:hAnsi="Montserrat"/>
          <w:sz w:val="20"/>
          <w:szCs w:val="20"/>
        </w:rPr>
        <w:t>Pogodbena vrednost znaša: __________ EUR brez DDV oziroma __________ EUR z DDV.</w:t>
      </w:r>
    </w:p>
    <w:p w14:paraId="701036F1" w14:textId="77777777" w:rsidR="001243DE" w:rsidRPr="00FC6516" w:rsidRDefault="000D6A82">
      <w:pPr>
        <w:spacing w:after="100" w:line="252" w:lineRule="auto"/>
        <w:jc w:val="both"/>
        <w:rPr>
          <w:rFonts w:ascii="Montserrat" w:hAnsi="Montserrat"/>
          <w:sz w:val="20"/>
          <w:szCs w:val="20"/>
        </w:rPr>
      </w:pPr>
      <w:r w:rsidRPr="00FC6516">
        <w:rPr>
          <w:rFonts w:ascii="Montserrat" w:hAnsi="Montserrat"/>
          <w:sz w:val="20"/>
          <w:szCs w:val="20"/>
        </w:rPr>
        <w:t>V pogodbeni ceni so zajeti vsi stroški izvajalca, potrebni za popolno izvedbo predmeta pogodbe, vključno s projektiranjem, izdelavo, materiali, prevozom, dostavo, montažo, potnimi stroški, popusti, rabati, prispevki in vsemi morebitnimi dajatvami.</w:t>
      </w:r>
    </w:p>
    <w:p w14:paraId="3918BFCD" w14:textId="77777777" w:rsidR="001243DE" w:rsidRPr="00FC6516" w:rsidRDefault="000D6A82">
      <w:pPr>
        <w:spacing w:after="100" w:line="252" w:lineRule="auto"/>
        <w:jc w:val="both"/>
        <w:rPr>
          <w:rFonts w:ascii="Montserrat" w:hAnsi="Montserrat"/>
          <w:sz w:val="20"/>
          <w:szCs w:val="20"/>
        </w:rPr>
      </w:pPr>
      <w:r w:rsidRPr="00FC6516">
        <w:rPr>
          <w:rFonts w:ascii="Montserrat" w:hAnsi="Montserrat"/>
          <w:sz w:val="20"/>
          <w:szCs w:val="20"/>
        </w:rPr>
        <w:t>Cene so fiksne in nespremenljive do dokončne izpolnitve vseh pogodbenih obveznosti. Naročnik naknadno ne bo priznaval stroškov, ki niso zajeti v pogodbeni oziroma ponudbeni ceni.</w:t>
      </w:r>
    </w:p>
    <w:p w14:paraId="0582E5E1" w14:textId="77777777" w:rsidR="001243DE" w:rsidRPr="00FC6516" w:rsidRDefault="000D6A82">
      <w:pPr>
        <w:spacing w:after="100" w:line="252" w:lineRule="auto"/>
        <w:jc w:val="both"/>
        <w:rPr>
          <w:rFonts w:ascii="Montserrat" w:hAnsi="Montserrat"/>
          <w:sz w:val="20"/>
          <w:szCs w:val="20"/>
        </w:rPr>
      </w:pPr>
      <w:r w:rsidRPr="00FC6516">
        <w:rPr>
          <w:rFonts w:ascii="Montserrat" w:hAnsi="Montserrat"/>
          <w:sz w:val="20"/>
          <w:szCs w:val="20"/>
        </w:rPr>
        <w:t>Morebitna dodatna dela oziroma storitve po režijski uri se lahko naročijo izključno po predhodnem pisnem dogovoru pogodbenih strank, če so bila predvidena v ponudbi izvajalca in so skladna z veljavno zakonodajo.</w:t>
      </w:r>
    </w:p>
    <w:p w14:paraId="09B9AA61" w14:textId="77777777" w:rsidR="001243DE" w:rsidRPr="00FC6516" w:rsidRDefault="000D6A82">
      <w:pPr>
        <w:keepNext/>
        <w:spacing w:before="200" w:after="120"/>
        <w:jc w:val="center"/>
        <w:rPr>
          <w:rFonts w:ascii="Montserrat" w:hAnsi="Montserrat"/>
          <w:sz w:val="20"/>
          <w:szCs w:val="20"/>
        </w:rPr>
      </w:pPr>
      <w:r w:rsidRPr="00FC6516">
        <w:rPr>
          <w:rFonts w:ascii="Montserrat" w:hAnsi="Montserrat"/>
          <w:b/>
          <w:sz w:val="20"/>
          <w:szCs w:val="20"/>
        </w:rPr>
        <w:t>5. člen</w:t>
      </w:r>
    </w:p>
    <w:p w14:paraId="32CA0336" w14:textId="77777777" w:rsidR="001243DE" w:rsidRPr="00FC6516" w:rsidRDefault="000D6A82">
      <w:pPr>
        <w:spacing w:after="100" w:line="252" w:lineRule="auto"/>
        <w:jc w:val="both"/>
        <w:rPr>
          <w:rFonts w:ascii="Montserrat" w:hAnsi="Montserrat"/>
          <w:sz w:val="20"/>
          <w:szCs w:val="20"/>
        </w:rPr>
      </w:pPr>
      <w:r w:rsidRPr="00FC6516">
        <w:rPr>
          <w:rFonts w:ascii="Montserrat" w:hAnsi="Montserrat"/>
          <w:sz w:val="20"/>
          <w:szCs w:val="20"/>
        </w:rPr>
        <w:t>V zvezi z izvajanjem pogodbenih obveznosti se naročnik obvezuje, da bo:</w:t>
      </w:r>
    </w:p>
    <w:p w14:paraId="0AE9FC65" w14:textId="77777777" w:rsidR="001243DE" w:rsidRPr="00FC6516" w:rsidRDefault="000D6A82">
      <w:pPr>
        <w:pStyle w:val="Oznaenseznam"/>
        <w:spacing w:after="40"/>
        <w:ind w:left="312" w:hanging="142"/>
        <w:rPr>
          <w:rFonts w:ascii="Montserrat" w:hAnsi="Montserrat"/>
          <w:sz w:val="20"/>
          <w:szCs w:val="20"/>
        </w:rPr>
      </w:pPr>
      <w:r w:rsidRPr="00FC6516">
        <w:rPr>
          <w:rFonts w:ascii="Montserrat" w:hAnsi="Montserrat"/>
          <w:sz w:val="20"/>
          <w:szCs w:val="20"/>
        </w:rPr>
        <w:t>sodeloval z izvajalcem z namenom, da bo predmet pogodbe izveden skladno s pogodbo, povabilom k oddaji ponudbe, tehničnimi specifikacijami in ponudbo izvajalca;</w:t>
      </w:r>
    </w:p>
    <w:p w14:paraId="4D8476FF" w14:textId="77777777" w:rsidR="001243DE" w:rsidRPr="00FC6516" w:rsidRDefault="000D6A82">
      <w:pPr>
        <w:pStyle w:val="Oznaenseznam"/>
        <w:spacing w:after="40"/>
        <w:ind w:left="312" w:hanging="142"/>
        <w:rPr>
          <w:rFonts w:ascii="Montserrat" w:hAnsi="Montserrat"/>
          <w:sz w:val="20"/>
          <w:szCs w:val="20"/>
        </w:rPr>
      </w:pPr>
      <w:r w:rsidRPr="00FC6516">
        <w:rPr>
          <w:rFonts w:ascii="Montserrat" w:hAnsi="Montserrat"/>
          <w:sz w:val="20"/>
          <w:szCs w:val="20"/>
        </w:rPr>
        <w:t>izvajalcu pravočasno zagotovil informacije in omogočil dostop do lokacije, potrebne za izvedbo del;</w:t>
      </w:r>
    </w:p>
    <w:p w14:paraId="6DD5F956" w14:textId="77777777" w:rsidR="001243DE" w:rsidRPr="00FC6516" w:rsidRDefault="000D6A82">
      <w:pPr>
        <w:pStyle w:val="Oznaenseznam"/>
        <w:spacing w:after="40"/>
        <w:ind w:left="312" w:hanging="142"/>
        <w:rPr>
          <w:rFonts w:ascii="Montserrat" w:hAnsi="Montserrat"/>
          <w:sz w:val="20"/>
          <w:szCs w:val="20"/>
        </w:rPr>
      </w:pPr>
      <w:r w:rsidRPr="00FC6516">
        <w:rPr>
          <w:rFonts w:ascii="Montserrat" w:hAnsi="Montserrat"/>
          <w:sz w:val="20"/>
          <w:szCs w:val="20"/>
        </w:rPr>
        <w:t>obveščal izvajalca o spremembah in novo nastalih okoliščinah, ki bi lahko vplivale na potek ali obseg izvedbe;</w:t>
      </w:r>
    </w:p>
    <w:p w14:paraId="44CB5D3D" w14:textId="77777777" w:rsidR="001243DE" w:rsidRPr="00FC6516" w:rsidRDefault="000D6A82">
      <w:pPr>
        <w:pStyle w:val="Oznaenseznam"/>
        <w:spacing w:after="40"/>
        <w:ind w:left="312" w:hanging="142"/>
        <w:rPr>
          <w:rFonts w:ascii="Montserrat" w:hAnsi="Montserrat"/>
          <w:sz w:val="20"/>
          <w:szCs w:val="20"/>
        </w:rPr>
      </w:pPr>
      <w:r w:rsidRPr="00FC6516">
        <w:rPr>
          <w:rFonts w:ascii="Montserrat" w:hAnsi="Montserrat"/>
          <w:sz w:val="20"/>
          <w:szCs w:val="20"/>
        </w:rPr>
        <w:t>plačal dogovorjeni nesporni pogodbeni znesek v rokih in na način, določen s to pogodbo.</w:t>
      </w:r>
    </w:p>
    <w:p w14:paraId="48C4D6E2" w14:textId="77777777" w:rsidR="001243DE" w:rsidRPr="00FC6516" w:rsidRDefault="000D6A82">
      <w:pPr>
        <w:keepNext/>
        <w:spacing w:before="200" w:after="120"/>
        <w:jc w:val="center"/>
        <w:rPr>
          <w:rFonts w:ascii="Montserrat" w:hAnsi="Montserrat"/>
          <w:sz w:val="20"/>
          <w:szCs w:val="20"/>
        </w:rPr>
      </w:pPr>
      <w:r w:rsidRPr="00FC6516">
        <w:rPr>
          <w:rFonts w:ascii="Montserrat" w:hAnsi="Montserrat"/>
          <w:b/>
          <w:sz w:val="20"/>
          <w:szCs w:val="20"/>
        </w:rPr>
        <w:t>6. člen</w:t>
      </w:r>
    </w:p>
    <w:p w14:paraId="42748141" w14:textId="77777777" w:rsidR="001243DE" w:rsidRPr="00FC6516" w:rsidRDefault="000D6A82">
      <w:pPr>
        <w:spacing w:after="100" w:line="252" w:lineRule="auto"/>
        <w:jc w:val="both"/>
        <w:rPr>
          <w:rFonts w:ascii="Montserrat" w:hAnsi="Montserrat"/>
          <w:sz w:val="20"/>
          <w:szCs w:val="20"/>
        </w:rPr>
      </w:pPr>
      <w:r w:rsidRPr="00FC6516">
        <w:rPr>
          <w:rFonts w:ascii="Montserrat" w:hAnsi="Montserrat"/>
          <w:sz w:val="20"/>
          <w:szCs w:val="20"/>
        </w:rPr>
        <w:t>Izvajalec ima zlasti naslednje obveznosti:</w:t>
      </w:r>
    </w:p>
    <w:p w14:paraId="0A8F7CB3" w14:textId="77777777" w:rsidR="001243DE" w:rsidRPr="00FC6516" w:rsidRDefault="000D6A82">
      <w:pPr>
        <w:pStyle w:val="Oznaenseznam"/>
        <w:spacing w:after="40"/>
        <w:ind w:left="312" w:hanging="142"/>
        <w:rPr>
          <w:rFonts w:ascii="Montserrat" w:hAnsi="Montserrat"/>
          <w:sz w:val="20"/>
          <w:szCs w:val="20"/>
        </w:rPr>
      </w:pPr>
      <w:r w:rsidRPr="00FC6516">
        <w:rPr>
          <w:rFonts w:ascii="Montserrat" w:hAnsi="Montserrat"/>
          <w:sz w:val="20"/>
          <w:szCs w:val="20"/>
        </w:rPr>
        <w:t>pričeti z izvedbo pravočasno ter pogodbene obveznosti dokončati v pogodbeno dogovorjenem roku;</w:t>
      </w:r>
    </w:p>
    <w:p w14:paraId="3DAF8996" w14:textId="77777777" w:rsidR="001243DE" w:rsidRPr="00FC6516" w:rsidRDefault="000D6A82">
      <w:pPr>
        <w:pStyle w:val="Oznaenseznam"/>
        <w:spacing w:after="40"/>
        <w:ind w:left="312" w:hanging="142"/>
        <w:rPr>
          <w:rFonts w:ascii="Montserrat" w:hAnsi="Montserrat"/>
          <w:sz w:val="20"/>
          <w:szCs w:val="20"/>
        </w:rPr>
      </w:pPr>
      <w:r w:rsidRPr="00FC6516">
        <w:rPr>
          <w:rFonts w:ascii="Montserrat" w:hAnsi="Montserrat"/>
          <w:sz w:val="20"/>
          <w:szCs w:val="20"/>
        </w:rPr>
        <w:t>izvesti predmet pogodbe strokovno, kakovostno in skladno s pogodbo, tehničnimi specifikacijami, ponudbo, veljavnimi predpisi, pravili stroke ter navodili naročnika;</w:t>
      </w:r>
    </w:p>
    <w:p w14:paraId="123E1FEE" w14:textId="77777777" w:rsidR="001243DE" w:rsidRPr="00FC6516" w:rsidRDefault="000D6A82">
      <w:pPr>
        <w:pStyle w:val="Oznaenseznam"/>
        <w:spacing w:after="40"/>
        <w:ind w:left="312" w:hanging="142"/>
        <w:rPr>
          <w:rFonts w:ascii="Montserrat" w:hAnsi="Montserrat"/>
          <w:sz w:val="20"/>
          <w:szCs w:val="20"/>
        </w:rPr>
      </w:pPr>
      <w:r w:rsidRPr="00FC6516">
        <w:rPr>
          <w:rFonts w:ascii="Montserrat" w:hAnsi="Montserrat"/>
          <w:sz w:val="20"/>
          <w:szCs w:val="20"/>
        </w:rPr>
        <w:t>pred izdelavo oziroma montažo preveriti dejanske mere na lokaciji, kjer to zahtevajo tehnične specifikacije;</w:t>
      </w:r>
    </w:p>
    <w:p w14:paraId="745B982B" w14:textId="77777777" w:rsidR="001243DE" w:rsidRPr="00FC6516" w:rsidRDefault="000D6A82">
      <w:pPr>
        <w:pStyle w:val="Oznaenseznam"/>
        <w:spacing w:after="40"/>
        <w:ind w:left="312" w:hanging="142"/>
        <w:rPr>
          <w:rFonts w:ascii="Montserrat" w:hAnsi="Montserrat"/>
          <w:sz w:val="20"/>
          <w:szCs w:val="20"/>
        </w:rPr>
      </w:pPr>
      <w:r w:rsidRPr="00FC6516">
        <w:rPr>
          <w:rFonts w:ascii="Montserrat" w:hAnsi="Montserrat"/>
          <w:sz w:val="20"/>
          <w:szCs w:val="20"/>
        </w:rPr>
        <w:t>zagotoviti stabilnost, varnost, funkcionalnost in ustrezno montažo izdelane opreme ter po potrebi izvesti vse zahtevane ojačitve in pritrdilne elemente;</w:t>
      </w:r>
    </w:p>
    <w:p w14:paraId="78E997FD" w14:textId="77777777" w:rsidR="001243DE" w:rsidRPr="00FC6516" w:rsidRDefault="000D6A82">
      <w:pPr>
        <w:pStyle w:val="Oznaenseznam"/>
        <w:spacing w:after="40"/>
        <w:ind w:left="312" w:hanging="142"/>
        <w:rPr>
          <w:rFonts w:ascii="Montserrat" w:hAnsi="Montserrat"/>
          <w:sz w:val="20"/>
          <w:szCs w:val="20"/>
        </w:rPr>
      </w:pPr>
      <w:r w:rsidRPr="00FC6516">
        <w:rPr>
          <w:rFonts w:ascii="Montserrat" w:hAnsi="Montserrat"/>
          <w:sz w:val="20"/>
          <w:szCs w:val="20"/>
        </w:rPr>
        <w:t>sodelovati z naročnikom in ga sproti obveščati o okoliščinah, ki lahko vplivajo na kakovost, rok ali obseg izvedbe;</w:t>
      </w:r>
    </w:p>
    <w:p w14:paraId="3478B42E" w14:textId="77777777" w:rsidR="001243DE" w:rsidRPr="00FC6516" w:rsidRDefault="000D6A82">
      <w:pPr>
        <w:pStyle w:val="Oznaenseznam"/>
        <w:spacing w:after="40"/>
        <w:ind w:left="312" w:hanging="142"/>
        <w:rPr>
          <w:rFonts w:ascii="Montserrat" w:hAnsi="Montserrat"/>
          <w:sz w:val="20"/>
          <w:szCs w:val="20"/>
        </w:rPr>
      </w:pPr>
      <w:r w:rsidRPr="00FC6516">
        <w:rPr>
          <w:rFonts w:ascii="Montserrat" w:hAnsi="Montserrat"/>
          <w:sz w:val="20"/>
          <w:szCs w:val="20"/>
        </w:rPr>
        <w:t>v primeru zamujanja rokov, nedoseganja ustrezne kakovosti ali drugega neizpolnjevanja obveznosti na svoje stroške storiti vse potrebno za odpravo pomanjkljivosti in dosego pogodbeno zahtevane kakovosti;</w:t>
      </w:r>
    </w:p>
    <w:p w14:paraId="15A51883" w14:textId="77777777" w:rsidR="001243DE" w:rsidRPr="00FC6516" w:rsidRDefault="000D6A82">
      <w:pPr>
        <w:pStyle w:val="Oznaenseznam"/>
        <w:spacing w:after="40"/>
        <w:ind w:left="312" w:hanging="142"/>
        <w:rPr>
          <w:rFonts w:ascii="Montserrat" w:hAnsi="Montserrat"/>
          <w:sz w:val="20"/>
          <w:szCs w:val="20"/>
        </w:rPr>
      </w:pPr>
      <w:r w:rsidRPr="00FC6516">
        <w:rPr>
          <w:rFonts w:ascii="Montserrat" w:hAnsi="Montserrat"/>
          <w:sz w:val="20"/>
          <w:szCs w:val="20"/>
        </w:rPr>
        <w:t>na svoje stroške odpraviti napake, ugotovljene ob prevzemu oziroma do izstavitve računa;</w:t>
      </w:r>
    </w:p>
    <w:p w14:paraId="79AA1E39" w14:textId="77777777" w:rsidR="001243DE" w:rsidRPr="00FC6516" w:rsidRDefault="000D6A82">
      <w:pPr>
        <w:pStyle w:val="Oznaenseznam"/>
        <w:spacing w:after="40"/>
        <w:ind w:left="312" w:hanging="142"/>
        <w:rPr>
          <w:rFonts w:ascii="Montserrat" w:hAnsi="Montserrat"/>
          <w:sz w:val="20"/>
          <w:szCs w:val="20"/>
        </w:rPr>
      </w:pPr>
      <w:r w:rsidRPr="00FC6516">
        <w:rPr>
          <w:rFonts w:ascii="Montserrat" w:hAnsi="Montserrat"/>
          <w:sz w:val="20"/>
          <w:szCs w:val="20"/>
        </w:rPr>
        <w:t>varovati morebitne osebne in druge zaupne podatke, s katerimi se seznani pri izvajanju pogodbe, skladno z veljavnimi predpisi;</w:t>
      </w:r>
    </w:p>
    <w:p w14:paraId="0E56593C" w14:textId="77777777" w:rsidR="001243DE" w:rsidRPr="00FC6516" w:rsidRDefault="000D6A82">
      <w:pPr>
        <w:pStyle w:val="Oznaenseznam"/>
        <w:spacing w:after="40"/>
        <w:ind w:left="312" w:hanging="142"/>
        <w:rPr>
          <w:rFonts w:ascii="Montserrat" w:hAnsi="Montserrat"/>
          <w:sz w:val="20"/>
          <w:szCs w:val="20"/>
        </w:rPr>
      </w:pPr>
      <w:r w:rsidRPr="00FC6516">
        <w:rPr>
          <w:rFonts w:ascii="Montserrat" w:hAnsi="Montserrat"/>
          <w:sz w:val="20"/>
          <w:szCs w:val="20"/>
        </w:rPr>
        <w:t>dobaviti in montirati opremo skladno s ponudbenim predračunom, tehničnimi specifikacijami in vsemi veljavnimi predpisi v Republiki Sloveniji.</w:t>
      </w:r>
    </w:p>
    <w:p w14:paraId="21AA1543" w14:textId="77777777" w:rsidR="001243DE" w:rsidRPr="00FC6516" w:rsidRDefault="000D6A82">
      <w:pPr>
        <w:keepNext/>
        <w:spacing w:before="200" w:after="120"/>
        <w:jc w:val="center"/>
        <w:rPr>
          <w:rFonts w:ascii="Montserrat" w:hAnsi="Montserrat"/>
          <w:sz w:val="20"/>
          <w:szCs w:val="20"/>
        </w:rPr>
      </w:pPr>
      <w:r w:rsidRPr="00FC6516">
        <w:rPr>
          <w:rFonts w:ascii="Montserrat" w:hAnsi="Montserrat"/>
          <w:b/>
          <w:sz w:val="20"/>
          <w:szCs w:val="20"/>
        </w:rPr>
        <w:t>7. člen</w:t>
      </w:r>
    </w:p>
    <w:p w14:paraId="14FE633D" w14:textId="77777777" w:rsidR="001243DE" w:rsidRPr="00FC6516" w:rsidRDefault="000D6A82">
      <w:pPr>
        <w:spacing w:after="100" w:line="252" w:lineRule="auto"/>
        <w:jc w:val="both"/>
        <w:rPr>
          <w:rFonts w:ascii="Montserrat" w:hAnsi="Montserrat"/>
          <w:sz w:val="20"/>
          <w:szCs w:val="20"/>
        </w:rPr>
      </w:pPr>
      <w:r w:rsidRPr="00FC6516">
        <w:rPr>
          <w:rFonts w:ascii="Montserrat" w:hAnsi="Montserrat"/>
          <w:sz w:val="20"/>
          <w:szCs w:val="20"/>
        </w:rPr>
        <w:t>Izvajalec mora v celoti izvesti, dobaviti in montirati pogodbeno opremo najkasneje do 30. 11. 2026.</w:t>
      </w:r>
    </w:p>
    <w:p w14:paraId="7E31E1F7" w14:textId="77777777" w:rsidR="001243DE" w:rsidRPr="00FC6516" w:rsidRDefault="000D6A82">
      <w:pPr>
        <w:spacing w:after="100" w:line="252" w:lineRule="auto"/>
        <w:jc w:val="both"/>
        <w:rPr>
          <w:rFonts w:ascii="Montserrat" w:hAnsi="Montserrat"/>
          <w:sz w:val="20"/>
          <w:szCs w:val="20"/>
        </w:rPr>
      </w:pPr>
      <w:r w:rsidRPr="00FC6516">
        <w:rPr>
          <w:rFonts w:ascii="Montserrat" w:hAnsi="Montserrat"/>
          <w:sz w:val="20"/>
          <w:szCs w:val="20"/>
        </w:rPr>
        <w:t>Rok se lahko spremeni le s predhodnim pisnim dogovorom pogodbenih strank in pod pogoji, ki jih dopušča veljavna zakonodaja.</w:t>
      </w:r>
    </w:p>
    <w:p w14:paraId="5AB6B385" w14:textId="77777777" w:rsidR="001243DE" w:rsidRPr="00FC6516" w:rsidRDefault="000D6A82">
      <w:pPr>
        <w:keepNext/>
        <w:spacing w:before="200" w:after="120"/>
        <w:jc w:val="center"/>
        <w:rPr>
          <w:rFonts w:ascii="Montserrat" w:hAnsi="Montserrat"/>
          <w:sz w:val="20"/>
          <w:szCs w:val="20"/>
        </w:rPr>
      </w:pPr>
      <w:r w:rsidRPr="00FC6516">
        <w:rPr>
          <w:rFonts w:ascii="Montserrat" w:hAnsi="Montserrat"/>
          <w:b/>
          <w:sz w:val="20"/>
          <w:szCs w:val="20"/>
        </w:rPr>
        <w:t>8. člen</w:t>
      </w:r>
    </w:p>
    <w:p w14:paraId="2E11D9A6" w14:textId="77777777" w:rsidR="001243DE" w:rsidRPr="00FC6516" w:rsidRDefault="000D6A82">
      <w:pPr>
        <w:spacing w:after="100" w:line="252" w:lineRule="auto"/>
        <w:jc w:val="both"/>
        <w:rPr>
          <w:rFonts w:ascii="Montserrat" w:hAnsi="Montserrat"/>
          <w:sz w:val="20"/>
          <w:szCs w:val="20"/>
        </w:rPr>
      </w:pPr>
      <w:r w:rsidRPr="00FC6516">
        <w:rPr>
          <w:rFonts w:ascii="Montserrat" w:hAnsi="Montserrat"/>
          <w:sz w:val="20"/>
          <w:szCs w:val="20"/>
        </w:rPr>
        <w:t>Obveznosti obeh pogodbenih strank so tudi:</w:t>
      </w:r>
    </w:p>
    <w:p w14:paraId="7DD77118" w14:textId="77777777" w:rsidR="001243DE" w:rsidRPr="00FC6516" w:rsidRDefault="000D6A82">
      <w:pPr>
        <w:pStyle w:val="Oznaenseznam"/>
        <w:spacing w:after="40"/>
        <w:ind w:left="312" w:hanging="142"/>
        <w:rPr>
          <w:rFonts w:ascii="Montserrat" w:hAnsi="Montserrat"/>
          <w:sz w:val="20"/>
          <w:szCs w:val="20"/>
        </w:rPr>
      </w:pPr>
      <w:r w:rsidRPr="00FC6516">
        <w:rPr>
          <w:rFonts w:ascii="Montserrat" w:hAnsi="Montserrat"/>
          <w:sz w:val="20"/>
          <w:szCs w:val="20"/>
        </w:rPr>
        <w:t>aktivnosti opravljati vestno in kakovostno, skladno s pravili stroke in načelom dobrega gospodarjenja;</w:t>
      </w:r>
    </w:p>
    <w:p w14:paraId="4D1AA3F9" w14:textId="77777777" w:rsidR="001243DE" w:rsidRPr="00FC6516" w:rsidRDefault="000D6A82">
      <w:pPr>
        <w:pStyle w:val="Oznaenseznam"/>
        <w:spacing w:after="40"/>
        <w:ind w:left="312" w:hanging="142"/>
        <w:rPr>
          <w:rFonts w:ascii="Montserrat" w:hAnsi="Montserrat"/>
          <w:sz w:val="20"/>
          <w:szCs w:val="20"/>
        </w:rPr>
      </w:pPr>
      <w:r w:rsidRPr="00FC6516">
        <w:rPr>
          <w:rFonts w:ascii="Montserrat" w:hAnsi="Montserrat"/>
          <w:sz w:val="20"/>
          <w:szCs w:val="20"/>
        </w:rPr>
        <w:t>se sproti medsebojno obveščati o vseh pomembnih okoliščinah v zvezi z izvedbo pogodbe;</w:t>
      </w:r>
    </w:p>
    <w:p w14:paraId="121163D9" w14:textId="77777777" w:rsidR="001243DE" w:rsidRPr="00FC6516" w:rsidRDefault="000D6A82">
      <w:pPr>
        <w:pStyle w:val="Oznaenseznam"/>
        <w:spacing w:after="40"/>
        <w:ind w:left="312" w:hanging="142"/>
        <w:rPr>
          <w:rFonts w:ascii="Montserrat" w:hAnsi="Montserrat"/>
          <w:sz w:val="20"/>
          <w:szCs w:val="20"/>
        </w:rPr>
      </w:pPr>
      <w:r w:rsidRPr="00FC6516">
        <w:rPr>
          <w:rFonts w:ascii="Montserrat" w:hAnsi="Montserrat"/>
          <w:sz w:val="20"/>
          <w:szCs w:val="20"/>
        </w:rPr>
        <w:t>se medsebojno obveščati o morebitni škodi, napakah in drugih pomanjkljivostih v zvezi z izvedbo posla;</w:t>
      </w:r>
    </w:p>
    <w:p w14:paraId="40302DE2" w14:textId="77777777" w:rsidR="001243DE" w:rsidRPr="00FC6516" w:rsidRDefault="000D6A82">
      <w:pPr>
        <w:pStyle w:val="Oznaenseznam"/>
        <w:spacing w:after="40"/>
        <w:ind w:left="312" w:hanging="142"/>
        <w:rPr>
          <w:rFonts w:ascii="Montserrat" w:hAnsi="Montserrat"/>
          <w:sz w:val="20"/>
          <w:szCs w:val="20"/>
        </w:rPr>
      </w:pPr>
      <w:r w:rsidRPr="00FC6516">
        <w:rPr>
          <w:rFonts w:ascii="Montserrat" w:hAnsi="Montserrat"/>
          <w:sz w:val="20"/>
          <w:szCs w:val="20"/>
        </w:rPr>
        <w:t>pravočasno in natančno posredovati vse podatke, potrebne za kakovostno in pravočasno izvedbo pogodbe;</w:t>
      </w:r>
    </w:p>
    <w:p w14:paraId="135D1DD5" w14:textId="77777777" w:rsidR="001243DE" w:rsidRPr="00FC6516" w:rsidRDefault="000D6A82">
      <w:pPr>
        <w:pStyle w:val="Oznaenseznam"/>
        <w:spacing w:after="40"/>
        <w:ind w:left="312" w:hanging="142"/>
        <w:rPr>
          <w:rFonts w:ascii="Montserrat" w:hAnsi="Montserrat"/>
          <w:sz w:val="20"/>
          <w:szCs w:val="20"/>
        </w:rPr>
      </w:pPr>
      <w:r w:rsidRPr="00FC6516">
        <w:rPr>
          <w:rFonts w:ascii="Montserrat" w:hAnsi="Montserrat"/>
          <w:sz w:val="20"/>
          <w:szCs w:val="20"/>
        </w:rPr>
        <w:t>izpolnjevati tudi druge obveznosti, ki lahko vplivajo na potek in pravilno izvedbo pogodbenega predmeta.</w:t>
      </w:r>
    </w:p>
    <w:p w14:paraId="764E28FA" w14:textId="77777777" w:rsidR="001243DE" w:rsidRPr="00FC6516" w:rsidRDefault="000D6A82">
      <w:pPr>
        <w:keepNext/>
        <w:spacing w:before="200" w:after="120"/>
        <w:jc w:val="center"/>
        <w:rPr>
          <w:rFonts w:ascii="Montserrat" w:hAnsi="Montserrat"/>
          <w:sz w:val="20"/>
          <w:szCs w:val="20"/>
        </w:rPr>
      </w:pPr>
      <w:r w:rsidRPr="00FC6516">
        <w:rPr>
          <w:rFonts w:ascii="Montserrat" w:hAnsi="Montserrat"/>
          <w:b/>
          <w:sz w:val="20"/>
          <w:szCs w:val="20"/>
        </w:rPr>
        <w:t>9. člen</w:t>
      </w:r>
    </w:p>
    <w:p w14:paraId="2F86EC4B" w14:textId="77777777" w:rsidR="001243DE" w:rsidRPr="00FC6516" w:rsidRDefault="000D6A82">
      <w:pPr>
        <w:spacing w:after="100" w:line="252" w:lineRule="auto"/>
        <w:jc w:val="both"/>
        <w:rPr>
          <w:rFonts w:ascii="Montserrat" w:hAnsi="Montserrat"/>
          <w:sz w:val="20"/>
          <w:szCs w:val="20"/>
        </w:rPr>
      </w:pPr>
      <w:r w:rsidRPr="00FC6516">
        <w:rPr>
          <w:rFonts w:ascii="Montserrat" w:hAnsi="Montserrat"/>
          <w:sz w:val="20"/>
          <w:szCs w:val="20"/>
        </w:rPr>
        <w:t>Izvajalec izstavi račun po pravilno in v celoti opravljeni dobavi in montaži pogodbenega predmeta ter po potrditvi izvedbe s strani naročnika.</w:t>
      </w:r>
    </w:p>
    <w:p w14:paraId="6623BB42" w14:textId="77777777" w:rsidR="001243DE" w:rsidRPr="00FC6516" w:rsidRDefault="000D6A82">
      <w:pPr>
        <w:spacing w:after="100" w:line="252" w:lineRule="auto"/>
        <w:jc w:val="both"/>
        <w:rPr>
          <w:rFonts w:ascii="Montserrat" w:hAnsi="Montserrat"/>
          <w:sz w:val="20"/>
          <w:szCs w:val="20"/>
        </w:rPr>
      </w:pPr>
      <w:r w:rsidRPr="00FC6516">
        <w:rPr>
          <w:rFonts w:ascii="Montserrat" w:hAnsi="Montserrat"/>
          <w:sz w:val="20"/>
          <w:szCs w:val="20"/>
        </w:rPr>
        <w:t>Naročnik bo pravilno izstavljen račun poravnal najkasneje v roku 30 dni od prejema pravilno izstavljenega računa na transakcijski račun izvajalca št. __________________________, odprt pri __________________________.</w:t>
      </w:r>
    </w:p>
    <w:p w14:paraId="03D3ADCB" w14:textId="77777777" w:rsidR="001243DE" w:rsidRPr="00FC6516" w:rsidRDefault="000D6A82">
      <w:pPr>
        <w:spacing w:after="100" w:line="252" w:lineRule="auto"/>
        <w:jc w:val="both"/>
        <w:rPr>
          <w:rFonts w:ascii="Montserrat" w:hAnsi="Montserrat"/>
          <w:sz w:val="20"/>
          <w:szCs w:val="20"/>
        </w:rPr>
      </w:pPr>
      <w:r w:rsidRPr="00FC6516">
        <w:rPr>
          <w:rFonts w:ascii="Montserrat" w:hAnsi="Montserrat"/>
          <w:sz w:val="20"/>
          <w:szCs w:val="20"/>
        </w:rPr>
        <w:t>Če račun ni pravilno izstavljen oziroma iz njega ni razvidna povezava s pogodbo in predmetom naročila, ga lahko naročnik zavrne in zahteva popravek. Rok za plačilo v takem primeru začne teči z dnem prejema pravilno izstavljenega računa.</w:t>
      </w:r>
    </w:p>
    <w:p w14:paraId="6ABEFDEA" w14:textId="77777777" w:rsidR="001243DE" w:rsidRPr="00FC6516" w:rsidRDefault="000D6A82">
      <w:pPr>
        <w:keepNext/>
        <w:spacing w:before="200" w:after="120"/>
        <w:jc w:val="center"/>
        <w:rPr>
          <w:rFonts w:ascii="Montserrat" w:hAnsi="Montserrat"/>
          <w:sz w:val="20"/>
          <w:szCs w:val="20"/>
        </w:rPr>
      </w:pPr>
      <w:r w:rsidRPr="00FC6516">
        <w:rPr>
          <w:rFonts w:ascii="Montserrat" w:hAnsi="Montserrat"/>
          <w:b/>
          <w:sz w:val="20"/>
          <w:szCs w:val="20"/>
        </w:rPr>
        <w:t>10. člen</w:t>
      </w:r>
    </w:p>
    <w:p w14:paraId="3C1FEA8D" w14:textId="77777777" w:rsidR="001243DE" w:rsidRPr="00FC6516" w:rsidRDefault="000D6A82">
      <w:pPr>
        <w:spacing w:after="100" w:line="252" w:lineRule="auto"/>
        <w:jc w:val="both"/>
        <w:rPr>
          <w:rFonts w:ascii="Montserrat" w:hAnsi="Montserrat"/>
          <w:sz w:val="20"/>
          <w:szCs w:val="20"/>
        </w:rPr>
      </w:pPr>
      <w:r w:rsidRPr="00FC6516">
        <w:rPr>
          <w:rFonts w:ascii="Montserrat" w:hAnsi="Montserrat"/>
          <w:sz w:val="20"/>
          <w:szCs w:val="20"/>
        </w:rPr>
        <w:t>Če izvajalec po svoji krivdi ne izpolni pogodbenih obveznosti, zamudi pogodbeno dogovorjeni rok za dokončanje in predajo pogodbenega predmeta ali svojo obveznost izpolni z napakami, ima naročnik pravico za vsak koledarski dan zamude oziroma za vsak dan do odprave napak obračunati pogodbeno kazen v višini 1 % od celotne pogodbene vrednosti z DDV na dan.</w:t>
      </w:r>
    </w:p>
    <w:p w14:paraId="2F75F652" w14:textId="77777777" w:rsidR="001243DE" w:rsidRPr="00FC6516" w:rsidRDefault="000D6A82">
      <w:pPr>
        <w:spacing w:after="100" w:line="252" w:lineRule="auto"/>
        <w:jc w:val="both"/>
        <w:rPr>
          <w:rFonts w:ascii="Montserrat" w:hAnsi="Montserrat"/>
          <w:sz w:val="20"/>
          <w:szCs w:val="20"/>
        </w:rPr>
      </w:pPr>
      <w:r w:rsidRPr="00FC6516">
        <w:rPr>
          <w:rFonts w:ascii="Montserrat" w:hAnsi="Montserrat"/>
          <w:sz w:val="20"/>
          <w:szCs w:val="20"/>
        </w:rPr>
        <w:t>Skupni znesek pogodbene kazni lahko znaša največ 20 % celotne pogodbene vrednosti z DDV.</w:t>
      </w:r>
    </w:p>
    <w:p w14:paraId="5B776C1F" w14:textId="77777777" w:rsidR="001243DE" w:rsidRPr="00FC6516" w:rsidRDefault="000D6A82">
      <w:pPr>
        <w:spacing w:after="100" w:line="252" w:lineRule="auto"/>
        <w:jc w:val="both"/>
        <w:rPr>
          <w:rFonts w:ascii="Montserrat" w:hAnsi="Montserrat"/>
          <w:sz w:val="20"/>
          <w:szCs w:val="20"/>
        </w:rPr>
      </w:pPr>
      <w:r w:rsidRPr="00FC6516">
        <w:rPr>
          <w:rFonts w:ascii="Montserrat" w:hAnsi="Montserrat"/>
          <w:sz w:val="20"/>
          <w:szCs w:val="20"/>
        </w:rPr>
        <w:t>Pogodbena kazen se obračuna po nastanku zamude oziroma ugotovitvi napak in se lahko pobota z obveznostjo naročnika do izvajalca. V računu oziroma obračunu mora biti pogodbena kazen posebej prikazana.</w:t>
      </w:r>
    </w:p>
    <w:p w14:paraId="0F7BD448" w14:textId="77777777" w:rsidR="001243DE" w:rsidRPr="00FC6516" w:rsidRDefault="000D6A82">
      <w:pPr>
        <w:spacing w:after="100" w:line="252" w:lineRule="auto"/>
        <w:jc w:val="both"/>
        <w:rPr>
          <w:rFonts w:ascii="Montserrat" w:hAnsi="Montserrat"/>
          <w:sz w:val="20"/>
          <w:szCs w:val="20"/>
        </w:rPr>
      </w:pPr>
      <w:r w:rsidRPr="00FC6516">
        <w:rPr>
          <w:rFonts w:ascii="Montserrat" w:hAnsi="Montserrat"/>
          <w:sz w:val="20"/>
          <w:szCs w:val="20"/>
        </w:rPr>
        <w:t>Sporazumno določen nov rok za izpolnitev pogodbenih obveznosti sam po sebi ne vpliva na tek roka, od katerega se računa pogodbena kazen, razen če se pogodbeni stranki izrecno pisno dogovorita drugače. Izvajalec mora podaljšanje pogodbenega roka zahtevati takoj, ko nastanejo objektivne okoliščine za podaljšanje.</w:t>
      </w:r>
    </w:p>
    <w:p w14:paraId="1C8B7AAB" w14:textId="77777777" w:rsidR="001243DE" w:rsidRPr="00FC6516" w:rsidRDefault="000D6A82">
      <w:pPr>
        <w:spacing w:after="100" w:line="252" w:lineRule="auto"/>
        <w:jc w:val="both"/>
        <w:rPr>
          <w:rFonts w:ascii="Montserrat" w:hAnsi="Montserrat"/>
          <w:sz w:val="20"/>
          <w:szCs w:val="20"/>
        </w:rPr>
      </w:pPr>
      <w:r w:rsidRPr="00FC6516">
        <w:rPr>
          <w:rFonts w:ascii="Montserrat" w:hAnsi="Montserrat"/>
          <w:sz w:val="20"/>
          <w:szCs w:val="20"/>
        </w:rPr>
        <w:t>Naročnik si pridržuje pravico poleg pogodbene kazni zahtevati tudi povrnitev škode v delu, ki presega pogodbeno kazen, če so za to izpolnjeni zakonski pogoji.</w:t>
      </w:r>
    </w:p>
    <w:p w14:paraId="2DEDA18D" w14:textId="77777777" w:rsidR="001243DE" w:rsidRPr="00FC6516" w:rsidRDefault="000D6A82">
      <w:pPr>
        <w:keepNext/>
        <w:spacing w:before="200" w:after="120"/>
        <w:jc w:val="center"/>
        <w:rPr>
          <w:rFonts w:ascii="Montserrat" w:hAnsi="Montserrat"/>
          <w:sz w:val="20"/>
          <w:szCs w:val="20"/>
        </w:rPr>
      </w:pPr>
      <w:r w:rsidRPr="00FC6516">
        <w:rPr>
          <w:rFonts w:ascii="Montserrat" w:hAnsi="Montserrat"/>
          <w:b/>
          <w:sz w:val="20"/>
          <w:szCs w:val="20"/>
        </w:rPr>
        <w:t>11. člen</w:t>
      </w:r>
    </w:p>
    <w:p w14:paraId="105B773E" w14:textId="77777777" w:rsidR="001243DE" w:rsidRPr="00FC6516" w:rsidRDefault="000D6A82">
      <w:pPr>
        <w:spacing w:after="100" w:line="252" w:lineRule="auto"/>
        <w:jc w:val="both"/>
        <w:rPr>
          <w:rFonts w:ascii="Montserrat" w:hAnsi="Montserrat"/>
          <w:sz w:val="20"/>
          <w:szCs w:val="20"/>
        </w:rPr>
      </w:pPr>
      <w:r w:rsidRPr="00FC6516">
        <w:rPr>
          <w:rFonts w:ascii="Montserrat" w:hAnsi="Montserrat"/>
          <w:sz w:val="20"/>
          <w:szCs w:val="20"/>
        </w:rPr>
        <w:t>Pogodba, pri kateri kdo v imenu ali na račun druge pogodbene stranke predstavniku ali posredniku organa ali organizacije iz javnega sektorja obljubi, ponudi ali da kakšno nedovoljeno korist za pridobitev posla, sklenitev posla pod ugodnejšimi pogoji, opustitev dolžnega nadzora nad izvajanjem pogodbenih obveznosti ali drugo ravnanje oziroma opustitev, s katerim je povzročena škoda ali omogočena pridobitev nedovoljene koristi, je nična.</w:t>
      </w:r>
    </w:p>
    <w:p w14:paraId="1FFA30E9" w14:textId="77777777" w:rsidR="001243DE" w:rsidRPr="00FC6516" w:rsidRDefault="000D6A82">
      <w:pPr>
        <w:keepNext/>
        <w:spacing w:before="200" w:after="120"/>
        <w:jc w:val="center"/>
        <w:rPr>
          <w:rFonts w:ascii="Montserrat" w:hAnsi="Montserrat"/>
          <w:sz w:val="20"/>
          <w:szCs w:val="20"/>
        </w:rPr>
      </w:pPr>
      <w:r w:rsidRPr="00FC6516">
        <w:rPr>
          <w:rFonts w:ascii="Montserrat" w:hAnsi="Montserrat"/>
          <w:b/>
          <w:sz w:val="20"/>
          <w:szCs w:val="20"/>
        </w:rPr>
        <w:t>12. člen</w:t>
      </w:r>
    </w:p>
    <w:p w14:paraId="5C3314A3" w14:textId="77777777" w:rsidR="001243DE" w:rsidRPr="00FC6516" w:rsidRDefault="000D6A82">
      <w:pPr>
        <w:spacing w:after="100" w:line="252" w:lineRule="auto"/>
        <w:jc w:val="both"/>
        <w:rPr>
          <w:rFonts w:ascii="Montserrat" w:hAnsi="Montserrat"/>
          <w:sz w:val="20"/>
          <w:szCs w:val="20"/>
        </w:rPr>
      </w:pPr>
      <w:r w:rsidRPr="00FC6516">
        <w:rPr>
          <w:rFonts w:ascii="Montserrat" w:hAnsi="Montserrat"/>
          <w:sz w:val="20"/>
          <w:szCs w:val="20"/>
        </w:rPr>
        <w:t>Ta pogodba je sklenjena pod razveznim pogojem, ki se uresniči v primeru izpolnitve ene od naslednjih okoliščin:</w:t>
      </w:r>
    </w:p>
    <w:p w14:paraId="2EABA1AF" w14:textId="77777777" w:rsidR="001243DE" w:rsidRPr="00FC6516" w:rsidRDefault="000D6A82">
      <w:pPr>
        <w:pStyle w:val="Oznaenseznam"/>
        <w:spacing w:after="40"/>
        <w:ind w:left="312" w:hanging="142"/>
        <w:rPr>
          <w:rFonts w:ascii="Montserrat" w:hAnsi="Montserrat"/>
          <w:sz w:val="20"/>
          <w:szCs w:val="20"/>
        </w:rPr>
      </w:pPr>
      <w:r w:rsidRPr="00FC6516">
        <w:rPr>
          <w:rFonts w:ascii="Montserrat" w:hAnsi="Montserrat"/>
          <w:sz w:val="20"/>
          <w:szCs w:val="20"/>
        </w:rPr>
        <w:t>če bo naročnik seznanjen, da je sodišče s pravnomočno odločitvijo ugotovilo kršitev obveznosti delovne, okoljske ali socialne zakonodaje s strani izvajalca ali njegovega podizvajalca;</w:t>
      </w:r>
    </w:p>
    <w:p w14:paraId="096682B4" w14:textId="77777777" w:rsidR="001243DE" w:rsidRPr="00FC6516" w:rsidRDefault="000D6A82">
      <w:pPr>
        <w:pStyle w:val="Oznaenseznam"/>
        <w:spacing w:after="40"/>
        <w:ind w:left="312" w:hanging="142"/>
        <w:rPr>
          <w:rFonts w:ascii="Montserrat" w:hAnsi="Montserrat"/>
          <w:sz w:val="20"/>
          <w:szCs w:val="20"/>
        </w:rPr>
      </w:pPr>
      <w:r w:rsidRPr="00FC6516">
        <w:rPr>
          <w:rFonts w:ascii="Montserrat" w:hAnsi="Montserrat"/>
          <w:sz w:val="20"/>
          <w:szCs w:val="20"/>
        </w:rPr>
        <w:t>če bo naročnik seznanjen, da je pristojni državni organ pri izvajalcu ali podizvajalcu v času izvajanja pogodbe ugotovil najmanj dve kršitvi v zvezi s plačilom za delo, delovnim časom, počitki, opravljanjem dela na podlagi pogodb civilnega prava kljub obstoju elementov delovnega razmerja ali v zvezi z zaposlovanjem na črno, za kateri je bila s pravnomočno odločitvijo oziroma več pravnomočnimi odločitvami izrečena globa za prekršek;</w:t>
      </w:r>
    </w:p>
    <w:p w14:paraId="3CB0FBD9" w14:textId="77777777" w:rsidR="001243DE" w:rsidRPr="00FC6516" w:rsidRDefault="000D6A82">
      <w:pPr>
        <w:spacing w:after="100" w:line="252" w:lineRule="auto"/>
        <w:jc w:val="both"/>
        <w:rPr>
          <w:rFonts w:ascii="Montserrat" w:hAnsi="Montserrat"/>
          <w:sz w:val="20"/>
          <w:szCs w:val="20"/>
        </w:rPr>
      </w:pPr>
      <w:r w:rsidRPr="00FC6516">
        <w:rPr>
          <w:rFonts w:ascii="Montserrat" w:hAnsi="Montserrat"/>
          <w:sz w:val="20"/>
          <w:szCs w:val="20"/>
        </w:rPr>
        <w:t>Razvezni pogoj se uporabi pod pogoji in na način, določen z veljavno zakonodajo o javnem naročanju, zlasti kadar je od seznanitve s kršitvijo do izteka veljavnosti pogodbe še najmanj šest mesecev oziroma ko izvajalec v predpisanem roku ne nadomesti podizvajalca, pri katerem je bila ugotovljena kršitev.</w:t>
      </w:r>
    </w:p>
    <w:p w14:paraId="6CBA801B" w14:textId="77777777" w:rsidR="001243DE" w:rsidRPr="00FC6516" w:rsidRDefault="000D6A82">
      <w:pPr>
        <w:keepNext/>
        <w:spacing w:before="200" w:after="120"/>
        <w:jc w:val="center"/>
        <w:rPr>
          <w:rFonts w:ascii="Montserrat" w:hAnsi="Montserrat"/>
          <w:sz w:val="20"/>
          <w:szCs w:val="20"/>
        </w:rPr>
      </w:pPr>
      <w:r w:rsidRPr="00FC6516">
        <w:rPr>
          <w:rFonts w:ascii="Montserrat" w:hAnsi="Montserrat"/>
          <w:b/>
          <w:sz w:val="20"/>
          <w:szCs w:val="20"/>
        </w:rPr>
        <w:t>13. člen</w:t>
      </w:r>
    </w:p>
    <w:p w14:paraId="49D18890" w14:textId="77777777" w:rsidR="001243DE" w:rsidRPr="00FC6516" w:rsidRDefault="000D6A82">
      <w:pPr>
        <w:spacing w:after="100" w:line="252" w:lineRule="auto"/>
        <w:jc w:val="both"/>
        <w:rPr>
          <w:rFonts w:ascii="Montserrat" w:hAnsi="Montserrat"/>
          <w:sz w:val="20"/>
          <w:szCs w:val="20"/>
        </w:rPr>
      </w:pPr>
      <w:r w:rsidRPr="00FC6516">
        <w:rPr>
          <w:rFonts w:ascii="Montserrat" w:hAnsi="Montserrat"/>
          <w:sz w:val="20"/>
          <w:szCs w:val="20"/>
        </w:rPr>
        <w:t>Predstavnica naročnika, zadolžena za nadzor nad izvajanjem te pogodbe, je Darja Komar. Operativna kontaktna oseba v postopku naročila je Andrej Erjavec, RRA Koroška d.o.o., e-pošta: andrej.erjavec@rra-koroska.si.</w:t>
      </w:r>
    </w:p>
    <w:p w14:paraId="0670E6CA" w14:textId="77777777" w:rsidR="001243DE" w:rsidRPr="00FC6516" w:rsidRDefault="000D6A82">
      <w:pPr>
        <w:spacing w:after="100" w:line="252" w:lineRule="auto"/>
        <w:jc w:val="both"/>
        <w:rPr>
          <w:rFonts w:ascii="Montserrat" w:hAnsi="Montserrat"/>
          <w:sz w:val="20"/>
          <w:szCs w:val="20"/>
        </w:rPr>
      </w:pPr>
      <w:r w:rsidRPr="00FC6516">
        <w:rPr>
          <w:rFonts w:ascii="Montserrat" w:hAnsi="Montserrat"/>
          <w:sz w:val="20"/>
          <w:szCs w:val="20"/>
        </w:rPr>
        <w:t>Predstavnik izvajalca, zadolžen za nadzor nad izvajanjem te pogodbe, je ________________________________.</w:t>
      </w:r>
    </w:p>
    <w:p w14:paraId="34528B21" w14:textId="77777777" w:rsidR="001243DE" w:rsidRPr="00FC6516" w:rsidRDefault="000D6A82">
      <w:pPr>
        <w:keepNext/>
        <w:spacing w:before="200" w:after="120"/>
        <w:jc w:val="center"/>
        <w:rPr>
          <w:rFonts w:ascii="Montserrat" w:hAnsi="Montserrat"/>
          <w:sz w:val="20"/>
          <w:szCs w:val="20"/>
        </w:rPr>
      </w:pPr>
      <w:r w:rsidRPr="00FC6516">
        <w:rPr>
          <w:rFonts w:ascii="Montserrat" w:hAnsi="Montserrat"/>
          <w:b/>
          <w:sz w:val="20"/>
          <w:szCs w:val="20"/>
        </w:rPr>
        <w:t>14. člen</w:t>
      </w:r>
    </w:p>
    <w:p w14:paraId="5DB05038" w14:textId="77777777" w:rsidR="001243DE" w:rsidRPr="00FC6516" w:rsidRDefault="000D6A82">
      <w:pPr>
        <w:spacing w:after="100" w:line="252" w:lineRule="auto"/>
        <w:jc w:val="both"/>
        <w:rPr>
          <w:rFonts w:ascii="Montserrat" w:hAnsi="Montserrat"/>
          <w:sz w:val="20"/>
          <w:szCs w:val="20"/>
        </w:rPr>
      </w:pPr>
      <w:r w:rsidRPr="00FC6516">
        <w:rPr>
          <w:rFonts w:ascii="Montserrat" w:hAnsi="Montserrat"/>
          <w:sz w:val="20"/>
          <w:szCs w:val="20"/>
        </w:rPr>
        <w:t>Pogodbeni stranki bosta morebitne spore iz te pogodbe reševali sporazumno. Če sporazumna rešitev ne bo mogoča, bo o sporu odločalo stvarno pristojno sodišče v Slovenj Gradcu.</w:t>
      </w:r>
    </w:p>
    <w:p w14:paraId="50026F60" w14:textId="77777777" w:rsidR="001243DE" w:rsidRPr="00FC6516" w:rsidRDefault="000D6A82">
      <w:pPr>
        <w:keepNext/>
        <w:spacing w:before="200" w:after="120"/>
        <w:jc w:val="center"/>
        <w:rPr>
          <w:rFonts w:ascii="Montserrat" w:hAnsi="Montserrat"/>
          <w:sz w:val="20"/>
          <w:szCs w:val="20"/>
        </w:rPr>
      </w:pPr>
      <w:r w:rsidRPr="00FC6516">
        <w:rPr>
          <w:rFonts w:ascii="Montserrat" w:hAnsi="Montserrat"/>
          <w:b/>
          <w:sz w:val="20"/>
          <w:szCs w:val="20"/>
        </w:rPr>
        <w:t>15. člen</w:t>
      </w:r>
    </w:p>
    <w:p w14:paraId="08779975" w14:textId="77777777" w:rsidR="001243DE" w:rsidRPr="00FC6516" w:rsidRDefault="000D6A82">
      <w:pPr>
        <w:spacing w:after="100" w:line="252" w:lineRule="auto"/>
        <w:jc w:val="both"/>
        <w:rPr>
          <w:rFonts w:ascii="Montserrat" w:hAnsi="Montserrat"/>
          <w:sz w:val="20"/>
          <w:szCs w:val="20"/>
        </w:rPr>
      </w:pPr>
      <w:r w:rsidRPr="00FC6516">
        <w:rPr>
          <w:rFonts w:ascii="Montserrat" w:hAnsi="Montserrat"/>
          <w:sz w:val="20"/>
          <w:szCs w:val="20"/>
        </w:rPr>
        <w:t>Vsaka pogodbena stranka lahko predlaga spremembe in dopolnitve te pogodbe. Spremembe in dopolnitve so veljavne le, če so sklenjene v pisni obliki kot aneks k pogodbi in če so skladne z veljavno zakonodajo o javnem naročanju.</w:t>
      </w:r>
    </w:p>
    <w:p w14:paraId="6F46E056" w14:textId="77777777" w:rsidR="001243DE" w:rsidRPr="00FC6516" w:rsidRDefault="000D6A82">
      <w:pPr>
        <w:keepNext/>
        <w:spacing w:before="200" w:after="120"/>
        <w:jc w:val="center"/>
        <w:rPr>
          <w:rFonts w:ascii="Montserrat" w:hAnsi="Montserrat"/>
          <w:sz w:val="20"/>
          <w:szCs w:val="20"/>
        </w:rPr>
      </w:pPr>
      <w:r w:rsidRPr="00FC6516">
        <w:rPr>
          <w:rFonts w:ascii="Montserrat" w:hAnsi="Montserrat"/>
          <w:b/>
          <w:sz w:val="20"/>
          <w:szCs w:val="20"/>
        </w:rPr>
        <w:t>16. člen</w:t>
      </w:r>
    </w:p>
    <w:p w14:paraId="0D194459" w14:textId="77777777" w:rsidR="001243DE" w:rsidRPr="00FC6516" w:rsidRDefault="000D6A82">
      <w:pPr>
        <w:spacing w:after="100" w:line="252" w:lineRule="auto"/>
        <w:jc w:val="both"/>
        <w:rPr>
          <w:rFonts w:ascii="Montserrat" w:hAnsi="Montserrat"/>
          <w:sz w:val="20"/>
          <w:szCs w:val="20"/>
        </w:rPr>
      </w:pPr>
      <w:r w:rsidRPr="00FC6516">
        <w:rPr>
          <w:rFonts w:ascii="Montserrat" w:hAnsi="Montserrat"/>
          <w:sz w:val="20"/>
          <w:szCs w:val="20"/>
        </w:rPr>
        <w:t>Ta pogodba je sestavljena in podpisana v dveh (2) enakih izvodih, od katerih prejme vsaka pogodbena stranka en (1) izvod.</w:t>
      </w:r>
    </w:p>
    <w:p w14:paraId="1D5FBC9D" w14:textId="77777777" w:rsidR="001243DE" w:rsidRPr="00FC6516" w:rsidRDefault="000D6A82">
      <w:pPr>
        <w:spacing w:after="100" w:line="252" w:lineRule="auto"/>
        <w:jc w:val="both"/>
        <w:rPr>
          <w:rFonts w:ascii="Montserrat" w:hAnsi="Montserrat"/>
          <w:sz w:val="20"/>
          <w:szCs w:val="20"/>
        </w:rPr>
      </w:pPr>
      <w:r w:rsidRPr="00FC6516">
        <w:rPr>
          <w:rFonts w:ascii="Montserrat" w:hAnsi="Montserrat"/>
          <w:sz w:val="20"/>
          <w:szCs w:val="20"/>
        </w:rPr>
        <w:t>Pogodba začne veljati z dnem podpisa obeh pogodbenih strank in velja do izpolnitve vseh pogodbenih obveznosti.</w:t>
      </w:r>
    </w:p>
    <w:p w14:paraId="7CD381F0" w14:textId="77777777" w:rsidR="001243DE" w:rsidRPr="00FC6516" w:rsidRDefault="000D6A82">
      <w:pPr>
        <w:spacing w:after="100" w:line="252" w:lineRule="auto"/>
        <w:jc w:val="both"/>
        <w:rPr>
          <w:rFonts w:ascii="Montserrat" w:hAnsi="Montserrat"/>
          <w:sz w:val="20"/>
          <w:szCs w:val="20"/>
        </w:rPr>
      </w:pPr>
      <w:r w:rsidRPr="00FC6516">
        <w:rPr>
          <w:rFonts w:ascii="Montserrat" w:hAnsi="Montserrat"/>
          <w:sz w:val="20"/>
          <w:szCs w:val="20"/>
        </w:rPr>
        <w:t>Sestavni deli te pogodbe so:</w:t>
      </w:r>
    </w:p>
    <w:p w14:paraId="592CC926" w14:textId="77777777" w:rsidR="001243DE" w:rsidRPr="00FC6516" w:rsidRDefault="000D6A82">
      <w:pPr>
        <w:pStyle w:val="Oznaenseznam"/>
        <w:spacing w:after="40"/>
        <w:ind w:left="312" w:hanging="142"/>
        <w:rPr>
          <w:rFonts w:ascii="Montserrat" w:hAnsi="Montserrat"/>
          <w:sz w:val="20"/>
          <w:szCs w:val="20"/>
        </w:rPr>
      </w:pPr>
      <w:r w:rsidRPr="00FC6516">
        <w:rPr>
          <w:rFonts w:ascii="Montserrat" w:hAnsi="Montserrat"/>
          <w:sz w:val="20"/>
          <w:szCs w:val="20"/>
        </w:rPr>
        <w:t>Povabilo k oddaji ponudbe z dne 21. 10. 2026;</w:t>
      </w:r>
    </w:p>
    <w:p w14:paraId="262DA57A" w14:textId="77777777" w:rsidR="001243DE" w:rsidRPr="00FC6516" w:rsidRDefault="000D6A82">
      <w:pPr>
        <w:pStyle w:val="Oznaenseznam"/>
        <w:spacing w:after="40"/>
        <w:ind w:left="312" w:hanging="142"/>
        <w:rPr>
          <w:rFonts w:ascii="Montserrat" w:hAnsi="Montserrat"/>
          <w:sz w:val="20"/>
          <w:szCs w:val="20"/>
        </w:rPr>
      </w:pPr>
      <w:r w:rsidRPr="00FC6516">
        <w:rPr>
          <w:rFonts w:ascii="Montserrat" w:hAnsi="Montserrat"/>
          <w:sz w:val="20"/>
          <w:szCs w:val="20"/>
        </w:rPr>
        <w:t>tehnične specifikacije »Geo.Hub Mežica«;</w:t>
      </w:r>
    </w:p>
    <w:p w14:paraId="4031F7A9" w14:textId="77777777" w:rsidR="001243DE" w:rsidRPr="00FC6516" w:rsidRDefault="000D6A82">
      <w:pPr>
        <w:pStyle w:val="Oznaenseznam"/>
        <w:spacing w:after="40"/>
        <w:ind w:left="312" w:hanging="142"/>
        <w:rPr>
          <w:rFonts w:ascii="Montserrat" w:hAnsi="Montserrat"/>
          <w:sz w:val="20"/>
          <w:szCs w:val="20"/>
        </w:rPr>
      </w:pPr>
      <w:r w:rsidRPr="00FC6516">
        <w:rPr>
          <w:rFonts w:ascii="Montserrat" w:hAnsi="Montserrat"/>
          <w:sz w:val="20"/>
          <w:szCs w:val="20"/>
        </w:rPr>
        <w:t>ponudba izvajalca št. __________ z dne _</w:t>
      </w:r>
      <w:proofErr w:type="gramStart"/>
      <w:r w:rsidRPr="00FC6516">
        <w:rPr>
          <w:rFonts w:ascii="Montserrat" w:hAnsi="Montserrat"/>
          <w:sz w:val="20"/>
          <w:szCs w:val="20"/>
        </w:rPr>
        <w:t>_._</w:t>
      </w:r>
      <w:proofErr w:type="gramEnd"/>
      <w:r w:rsidRPr="00FC6516">
        <w:rPr>
          <w:rFonts w:ascii="Montserrat" w:hAnsi="Montserrat"/>
          <w:sz w:val="20"/>
          <w:szCs w:val="20"/>
        </w:rPr>
        <w:t>_.2026.</w:t>
      </w:r>
    </w:p>
    <w:p w14:paraId="57F6ED07" w14:textId="77777777" w:rsidR="001243DE" w:rsidRPr="00FC6516" w:rsidRDefault="001243DE">
      <w:pPr>
        <w:rPr>
          <w:rFonts w:ascii="Montserrat" w:hAnsi="Montserrat"/>
          <w:sz w:val="20"/>
          <w:szCs w:val="20"/>
        </w:rPr>
      </w:pPr>
    </w:p>
    <w:tbl>
      <w:tblPr>
        <w:tblW w:w="0" w:type="auto"/>
        <w:jc w:val="center"/>
        <w:tblLayout w:type="fixed"/>
        <w:tblLook w:val="04A0" w:firstRow="1" w:lastRow="0" w:firstColumn="1" w:lastColumn="0" w:noHBand="0" w:noVBand="1"/>
      </w:tblPr>
      <w:tblGrid>
        <w:gridCol w:w="1701"/>
        <w:gridCol w:w="3005"/>
        <w:gridCol w:w="1587"/>
        <w:gridCol w:w="3005"/>
      </w:tblGrid>
      <w:tr w:rsidR="001243DE" w:rsidRPr="00FC6516" w14:paraId="4DD5BEA3" w14:textId="77777777">
        <w:trPr>
          <w:jc w:val="center"/>
        </w:trPr>
        <w:tc>
          <w:tcPr>
            <w:tcW w:w="1701" w:type="dxa"/>
            <w:tcBorders>
              <w:top w:val="nil"/>
              <w:left w:val="nil"/>
              <w:bottom w:val="nil"/>
              <w:right w:val="nil"/>
            </w:tcBorders>
            <w:tcMar>
              <w:top w:w="60" w:type="dxa"/>
              <w:left w:w="100" w:type="dxa"/>
              <w:bottom w:w="60" w:type="dxa"/>
              <w:right w:w="100" w:type="dxa"/>
            </w:tcMar>
          </w:tcPr>
          <w:p w14:paraId="36F00F31" w14:textId="77777777" w:rsidR="001243DE" w:rsidRPr="00FC6516" w:rsidRDefault="000D6A82">
            <w:pPr>
              <w:spacing w:after="0"/>
              <w:rPr>
                <w:rFonts w:ascii="Montserrat" w:hAnsi="Montserrat"/>
                <w:sz w:val="20"/>
                <w:szCs w:val="20"/>
              </w:rPr>
            </w:pPr>
            <w:r w:rsidRPr="00FC6516">
              <w:rPr>
                <w:rFonts w:ascii="Montserrat" w:hAnsi="Montserrat"/>
                <w:sz w:val="20"/>
                <w:szCs w:val="20"/>
              </w:rPr>
              <w:t>Kraj in datum:</w:t>
            </w:r>
          </w:p>
        </w:tc>
        <w:tc>
          <w:tcPr>
            <w:tcW w:w="3005" w:type="dxa"/>
            <w:tcBorders>
              <w:top w:val="nil"/>
              <w:left w:val="nil"/>
              <w:bottom w:val="nil"/>
              <w:right w:val="nil"/>
            </w:tcBorders>
            <w:tcMar>
              <w:top w:w="60" w:type="dxa"/>
              <w:left w:w="100" w:type="dxa"/>
              <w:bottom w:w="60" w:type="dxa"/>
              <w:right w:w="100" w:type="dxa"/>
            </w:tcMar>
          </w:tcPr>
          <w:p w14:paraId="3283A8FD" w14:textId="77777777" w:rsidR="001243DE" w:rsidRPr="00FC6516" w:rsidRDefault="000D6A82">
            <w:pPr>
              <w:spacing w:after="0"/>
              <w:rPr>
                <w:rFonts w:ascii="Montserrat" w:hAnsi="Montserrat"/>
                <w:sz w:val="20"/>
                <w:szCs w:val="20"/>
              </w:rPr>
            </w:pPr>
            <w:r w:rsidRPr="00FC6516">
              <w:rPr>
                <w:rFonts w:ascii="Montserrat" w:hAnsi="Montserrat"/>
                <w:sz w:val="20"/>
                <w:szCs w:val="20"/>
              </w:rPr>
              <w:t>____________________</w:t>
            </w:r>
          </w:p>
        </w:tc>
        <w:tc>
          <w:tcPr>
            <w:tcW w:w="1587" w:type="dxa"/>
            <w:tcBorders>
              <w:top w:val="nil"/>
              <w:left w:val="nil"/>
              <w:bottom w:val="nil"/>
              <w:right w:val="nil"/>
            </w:tcBorders>
            <w:tcMar>
              <w:top w:w="60" w:type="dxa"/>
              <w:left w:w="100" w:type="dxa"/>
              <w:bottom w:w="60" w:type="dxa"/>
              <w:right w:w="100" w:type="dxa"/>
            </w:tcMar>
          </w:tcPr>
          <w:p w14:paraId="7FF6B1BF" w14:textId="77777777" w:rsidR="001243DE" w:rsidRPr="00FC6516" w:rsidRDefault="000D6A82">
            <w:pPr>
              <w:spacing w:after="0"/>
              <w:rPr>
                <w:rFonts w:ascii="Montserrat" w:hAnsi="Montserrat"/>
                <w:sz w:val="20"/>
                <w:szCs w:val="20"/>
              </w:rPr>
            </w:pPr>
            <w:r w:rsidRPr="00FC6516">
              <w:rPr>
                <w:rFonts w:ascii="Montserrat" w:hAnsi="Montserrat"/>
                <w:sz w:val="20"/>
                <w:szCs w:val="20"/>
              </w:rPr>
              <w:t>Kraj in datum:</w:t>
            </w:r>
          </w:p>
        </w:tc>
        <w:tc>
          <w:tcPr>
            <w:tcW w:w="3005" w:type="dxa"/>
            <w:tcBorders>
              <w:top w:val="nil"/>
              <w:left w:val="nil"/>
              <w:bottom w:val="nil"/>
              <w:right w:val="nil"/>
            </w:tcBorders>
            <w:tcMar>
              <w:top w:w="60" w:type="dxa"/>
              <w:left w:w="100" w:type="dxa"/>
              <w:bottom w:w="60" w:type="dxa"/>
              <w:right w:w="100" w:type="dxa"/>
            </w:tcMar>
          </w:tcPr>
          <w:p w14:paraId="360DE34D" w14:textId="77777777" w:rsidR="001243DE" w:rsidRPr="00FC6516" w:rsidRDefault="000D6A82">
            <w:pPr>
              <w:spacing w:after="0"/>
              <w:rPr>
                <w:rFonts w:ascii="Montserrat" w:hAnsi="Montserrat"/>
                <w:sz w:val="20"/>
                <w:szCs w:val="20"/>
              </w:rPr>
            </w:pPr>
            <w:r w:rsidRPr="00FC6516">
              <w:rPr>
                <w:rFonts w:ascii="Montserrat" w:hAnsi="Montserrat"/>
                <w:sz w:val="20"/>
                <w:szCs w:val="20"/>
              </w:rPr>
              <w:t>____________________</w:t>
            </w:r>
          </w:p>
        </w:tc>
      </w:tr>
      <w:tr w:rsidR="001243DE" w:rsidRPr="00FC6516" w14:paraId="2C3602BF" w14:textId="77777777">
        <w:trPr>
          <w:jc w:val="center"/>
        </w:trPr>
        <w:tc>
          <w:tcPr>
            <w:tcW w:w="1701" w:type="dxa"/>
            <w:tcBorders>
              <w:top w:val="nil"/>
              <w:left w:val="nil"/>
              <w:bottom w:val="nil"/>
              <w:right w:val="nil"/>
            </w:tcBorders>
            <w:tcMar>
              <w:top w:w="60" w:type="dxa"/>
              <w:left w:w="100" w:type="dxa"/>
              <w:bottom w:w="60" w:type="dxa"/>
              <w:right w:w="100" w:type="dxa"/>
            </w:tcMar>
          </w:tcPr>
          <w:p w14:paraId="1BFF5FDD" w14:textId="77777777" w:rsidR="001243DE" w:rsidRPr="00FC6516" w:rsidRDefault="000D6A82">
            <w:pPr>
              <w:spacing w:after="0"/>
              <w:rPr>
                <w:rFonts w:ascii="Montserrat" w:hAnsi="Montserrat"/>
                <w:sz w:val="20"/>
                <w:szCs w:val="20"/>
              </w:rPr>
            </w:pPr>
            <w:r w:rsidRPr="00FC6516">
              <w:rPr>
                <w:rFonts w:ascii="Montserrat" w:hAnsi="Montserrat"/>
                <w:b/>
                <w:sz w:val="20"/>
                <w:szCs w:val="20"/>
              </w:rPr>
              <w:t>Naročnik:</w:t>
            </w:r>
          </w:p>
        </w:tc>
        <w:tc>
          <w:tcPr>
            <w:tcW w:w="3005" w:type="dxa"/>
            <w:tcBorders>
              <w:top w:val="nil"/>
              <w:left w:val="nil"/>
              <w:bottom w:val="nil"/>
              <w:right w:val="nil"/>
            </w:tcBorders>
            <w:tcMar>
              <w:top w:w="60" w:type="dxa"/>
              <w:left w:w="100" w:type="dxa"/>
              <w:bottom w:w="60" w:type="dxa"/>
              <w:right w:w="100" w:type="dxa"/>
            </w:tcMar>
          </w:tcPr>
          <w:p w14:paraId="2F0D634C" w14:textId="77777777" w:rsidR="001243DE" w:rsidRPr="00FC6516" w:rsidRDefault="000D6A82">
            <w:pPr>
              <w:spacing w:after="0"/>
              <w:rPr>
                <w:rFonts w:ascii="Montserrat" w:hAnsi="Montserrat"/>
                <w:sz w:val="20"/>
                <w:szCs w:val="20"/>
              </w:rPr>
            </w:pPr>
            <w:r w:rsidRPr="00FC6516">
              <w:rPr>
                <w:rFonts w:ascii="Montserrat" w:hAnsi="Montserrat"/>
                <w:sz w:val="20"/>
                <w:szCs w:val="20"/>
              </w:rPr>
              <w:t>Podzemlje Pece d.o.o.</w:t>
            </w:r>
          </w:p>
        </w:tc>
        <w:tc>
          <w:tcPr>
            <w:tcW w:w="1587" w:type="dxa"/>
            <w:tcBorders>
              <w:top w:val="nil"/>
              <w:left w:val="nil"/>
              <w:bottom w:val="nil"/>
              <w:right w:val="nil"/>
            </w:tcBorders>
            <w:tcMar>
              <w:top w:w="60" w:type="dxa"/>
              <w:left w:w="100" w:type="dxa"/>
              <w:bottom w:w="60" w:type="dxa"/>
              <w:right w:w="100" w:type="dxa"/>
            </w:tcMar>
          </w:tcPr>
          <w:p w14:paraId="2FA7356C" w14:textId="77777777" w:rsidR="001243DE" w:rsidRPr="00FC6516" w:rsidRDefault="000D6A82">
            <w:pPr>
              <w:spacing w:after="0"/>
              <w:rPr>
                <w:rFonts w:ascii="Montserrat" w:hAnsi="Montserrat"/>
                <w:sz w:val="20"/>
                <w:szCs w:val="20"/>
              </w:rPr>
            </w:pPr>
            <w:r w:rsidRPr="00FC6516">
              <w:rPr>
                <w:rFonts w:ascii="Montserrat" w:hAnsi="Montserrat"/>
                <w:b/>
                <w:sz w:val="20"/>
                <w:szCs w:val="20"/>
              </w:rPr>
              <w:t>Izvajalec:</w:t>
            </w:r>
          </w:p>
        </w:tc>
        <w:tc>
          <w:tcPr>
            <w:tcW w:w="3005" w:type="dxa"/>
            <w:tcBorders>
              <w:top w:val="nil"/>
              <w:left w:val="nil"/>
              <w:bottom w:val="nil"/>
              <w:right w:val="nil"/>
            </w:tcBorders>
            <w:tcMar>
              <w:top w:w="60" w:type="dxa"/>
              <w:left w:w="100" w:type="dxa"/>
              <w:bottom w:w="60" w:type="dxa"/>
              <w:right w:w="100" w:type="dxa"/>
            </w:tcMar>
          </w:tcPr>
          <w:p w14:paraId="3CB94FC5" w14:textId="77777777" w:rsidR="001243DE" w:rsidRPr="00FC6516" w:rsidRDefault="000D6A82">
            <w:pPr>
              <w:spacing w:after="0"/>
              <w:rPr>
                <w:rFonts w:ascii="Montserrat" w:hAnsi="Montserrat"/>
                <w:sz w:val="20"/>
                <w:szCs w:val="20"/>
              </w:rPr>
            </w:pPr>
            <w:r w:rsidRPr="00FC6516">
              <w:rPr>
                <w:rFonts w:ascii="Montserrat" w:hAnsi="Montserrat"/>
                <w:sz w:val="20"/>
                <w:szCs w:val="20"/>
              </w:rPr>
              <w:t>____________________</w:t>
            </w:r>
          </w:p>
        </w:tc>
      </w:tr>
      <w:tr w:rsidR="001243DE" w:rsidRPr="00FC6516" w14:paraId="5022BFD7" w14:textId="77777777">
        <w:trPr>
          <w:jc w:val="center"/>
        </w:trPr>
        <w:tc>
          <w:tcPr>
            <w:tcW w:w="1701" w:type="dxa"/>
            <w:tcBorders>
              <w:top w:val="nil"/>
              <w:left w:val="nil"/>
              <w:bottom w:val="nil"/>
              <w:right w:val="nil"/>
            </w:tcBorders>
            <w:tcMar>
              <w:top w:w="60" w:type="dxa"/>
              <w:left w:w="100" w:type="dxa"/>
              <w:bottom w:w="60" w:type="dxa"/>
              <w:right w:w="100" w:type="dxa"/>
            </w:tcMar>
          </w:tcPr>
          <w:p w14:paraId="2F142C7C" w14:textId="77777777" w:rsidR="001243DE" w:rsidRPr="00FC6516" w:rsidRDefault="001243DE">
            <w:pPr>
              <w:spacing w:after="0"/>
              <w:rPr>
                <w:rFonts w:ascii="Montserrat" w:hAnsi="Montserrat"/>
                <w:sz w:val="20"/>
                <w:szCs w:val="20"/>
              </w:rPr>
            </w:pPr>
          </w:p>
        </w:tc>
        <w:tc>
          <w:tcPr>
            <w:tcW w:w="3005" w:type="dxa"/>
            <w:tcBorders>
              <w:top w:val="nil"/>
              <w:left w:val="nil"/>
              <w:bottom w:val="nil"/>
              <w:right w:val="nil"/>
            </w:tcBorders>
            <w:tcMar>
              <w:top w:w="60" w:type="dxa"/>
              <w:left w:w="100" w:type="dxa"/>
              <w:bottom w:w="60" w:type="dxa"/>
              <w:right w:w="100" w:type="dxa"/>
            </w:tcMar>
          </w:tcPr>
          <w:p w14:paraId="33FB5562" w14:textId="77777777" w:rsidR="001243DE" w:rsidRPr="00FC6516" w:rsidRDefault="000D6A82">
            <w:pPr>
              <w:spacing w:after="0"/>
              <w:rPr>
                <w:rFonts w:ascii="Montserrat" w:hAnsi="Montserrat"/>
                <w:sz w:val="20"/>
                <w:szCs w:val="20"/>
              </w:rPr>
            </w:pPr>
            <w:r w:rsidRPr="00FC6516">
              <w:rPr>
                <w:rFonts w:ascii="Montserrat" w:hAnsi="Montserrat"/>
                <w:sz w:val="20"/>
                <w:szCs w:val="20"/>
              </w:rPr>
              <w:t>Direktorica Darja Komar</w:t>
            </w:r>
          </w:p>
        </w:tc>
        <w:tc>
          <w:tcPr>
            <w:tcW w:w="1587" w:type="dxa"/>
            <w:tcBorders>
              <w:top w:val="nil"/>
              <w:left w:val="nil"/>
              <w:bottom w:val="nil"/>
              <w:right w:val="nil"/>
            </w:tcBorders>
            <w:tcMar>
              <w:top w:w="60" w:type="dxa"/>
              <w:left w:w="100" w:type="dxa"/>
              <w:bottom w:w="60" w:type="dxa"/>
              <w:right w:w="100" w:type="dxa"/>
            </w:tcMar>
          </w:tcPr>
          <w:p w14:paraId="4C075D41" w14:textId="77777777" w:rsidR="001243DE" w:rsidRPr="00FC6516" w:rsidRDefault="001243DE">
            <w:pPr>
              <w:spacing w:after="0"/>
              <w:rPr>
                <w:rFonts w:ascii="Montserrat" w:hAnsi="Montserrat"/>
                <w:sz w:val="20"/>
                <w:szCs w:val="20"/>
              </w:rPr>
            </w:pPr>
          </w:p>
        </w:tc>
        <w:tc>
          <w:tcPr>
            <w:tcW w:w="3005" w:type="dxa"/>
            <w:tcBorders>
              <w:top w:val="nil"/>
              <w:left w:val="nil"/>
              <w:bottom w:val="nil"/>
              <w:right w:val="nil"/>
            </w:tcBorders>
            <w:tcMar>
              <w:top w:w="60" w:type="dxa"/>
              <w:left w:w="100" w:type="dxa"/>
              <w:bottom w:w="60" w:type="dxa"/>
              <w:right w:w="100" w:type="dxa"/>
            </w:tcMar>
          </w:tcPr>
          <w:p w14:paraId="5191597C" w14:textId="77777777" w:rsidR="001243DE" w:rsidRPr="00FC6516" w:rsidRDefault="000D6A82">
            <w:pPr>
              <w:spacing w:after="0"/>
              <w:rPr>
                <w:rFonts w:ascii="Montserrat" w:hAnsi="Montserrat"/>
                <w:sz w:val="20"/>
                <w:szCs w:val="20"/>
              </w:rPr>
            </w:pPr>
            <w:r w:rsidRPr="00FC6516">
              <w:rPr>
                <w:rFonts w:ascii="Montserrat" w:hAnsi="Montserrat"/>
                <w:sz w:val="20"/>
                <w:szCs w:val="20"/>
              </w:rPr>
              <w:t>____________________</w:t>
            </w:r>
          </w:p>
        </w:tc>
      </w:tr>
      <w:tr w:rsidR="001243DE" w:rsidRPr="00FC6516" w14:paraId="171DE549" w14:textId="77777777">
        <w:trPr>
          <w:jc w:val="center"/>
        </w:trPr>
        <w:tc>
          <w:tcPr>
            <w:tcW w:w="1701" w:type="dxa"/>
            <w:tcBorders>
              <w:top w:val="nil"/>
              <w:left w:val="nil"/>
              <w:bottom w:val="nil"/>
              <w:right w:val="nil"/>
            </w:tcBorders>
            <w:tcMar>
              <w:top w:w="60" w:type="dxa"/>
              <w:left w:w="100" w:type="dxa"/>
              <w:bottom w:w="60" w:type="dxa"/>
              <w:right w:w="100" w:type="dxa"/>
            </w:tcMar>
          </w:tcPr>
          <w:p w14:paraId="6026741E" w14:textId="77777777" w:rsidR="001243DE" w:rsidRPr="00FC6516" w:rsidRDefault="001243DE">
            <w:pPr>
              <w:spacing w:after="0"/>
              <w:rPr>
                <w:rFonts w:ascii="Montserrat" w:hAnsi="Montserrat"/>
                <w:sz w:val="20"/>
                <w:szCs w:val="20"/>
              </w:rPr>
            </w:pPr>
          </w:p>
        </w:tc>
        <w:tc>
          <w:tcPr>
            <w:tcW w:w="3005" w:type="dxa"/>
            <w:tcBorders>
              <w:top w:val="nil"/>
              <w:left w:val="nil"/>
              <w:bottom w:val="nil"/>
              <w:right w:val="nil"/>
            </w:tcBorders>
            <w:tcMar>
              <w:top w:w="60" w:type="dxa"/>
              <w:left w:w="100" w:type="dxa"/>
              <w:bottom w:w="60" w:type="dxa"/>
              <w:right w:w="100" w:type="dxa"/>
            </w:tcMar>
          </w:tcPr>
          <w:p w14:paraId="3E419B02" w14:textId="77777777" w:rsidR="001243DE" w:rsidRPr="00FC6516" w:rsidRDefault="000D6A82">
            <w:pPr>
              <w:spacing w:after="0"/>
              <w:rPr>
                <w:rFonts w:ascii="Montserrat" w:hAnsi="Montserrat"/>
                <w:sz w:val="20"/>
                <w:szCs w:val="20"/>
              </w:rPr>
            </w:pPr>
            <w:r w:rsidRPr="00FC6516">
              <w:rPr>
                <w:rFonts w:ascii="Montserrat" w:hAnsi="Montserrat"/>
                <w:sz w:val="20"/>
                <w:szCs w:val="20"/>
              </w:rPr>
              <w:t>________________________</w:t>
            </w:r>
          </w:p>
        </w:tc>
        <w:tc>
          <w:tcPr>
            <w:tcW w:w="1587" w:type="dxa"/>
            <w:tcBorders>
              <w:top w:val="nil"/>
              <w:left w:val="nil"/>
              <w:bottom w:val="nil"/>
              <w:right w:val="nil"/>
            </w:tcBorders>
            <w:tcMar>
              <w:top w:w="60" w:type="dxa"/>
              <w:left w:w="100" w:type="dxa"/>
              <w:bottom w:w="60" w:type="dxa"/>
              <w:right w:w="100" w:type="dxa"/>
            </w:tcMar>
          </w:tcPr>
          <w:p w14:paraId="75E47C15" w14:textId="77777777" w:rsidR="001243DE" w:rsidRPr="00FC6516" w:rsidRDefault="001243DE">
            <w:pPr>
              <w:spacing w:after="0"/>
              <w:rPr>
                <w:rFonts w:ascii="Montserrat" w:hAnsi="Montserrat"/>
                <w:sz w:val="20"/>
                <w:szCs w:val="20"/>
              </w:rPr>
            </w:pPr>
          </w:p>
        </w:tc>
        <w:tc>
          <w:tcPr>
            <w:tcW w:w="3005" w:type="dxa"/>
            <w:tcBorders>
              <w:top w:val="nil"/>
              <w:left w:val="nil"/>
              <w:bottom w:val="nil"/>
              <w:right w:val="nil"/>
            </w:tcBorders>
            <w:tcMar>
              <w:top w:w="60" w:type="dxa"/>
              <w:left w:w="100" w:type="dxa"/>
              <w:bottom w:w="60" w:type="dxa"/>
              <w:right w:w="100" w:type="dxa"/>
            </w:tcMar>
          </w:tcPr>
          <w:p w14:paraId="59792218" w14:textId="77777777" w:rsidR="001243DE" w:rsidRPr="00FC6516" w:rsidRDefault="000D6A82">
            <w:pPr>
              <w:spacing w:after="0"/>
              <w:rPr>
                <w:rFonts w:ascii="Montserrat" w:hAnsi="Montserrat"/>
                <w:sz w:val="20"/>
                <w:szCs w:val="20"/>
              </w:rPr>
            </w:pPr>
            <w:r w:rsidRPr="00FC6516">
              <w:rPr>
                <w:rFonts w:ascii="Montserrat" w:hAnsi="Montserrat"/>
                <w:sz w:val="20"/>
                <w:szCs w:val="20"/>
              </w:rPr>
              <w:t>________________________</w:t>
            </w:r>
          </w:p>
        </w:tc>
      </w:tr>
    </w:tbl>
    <w:p w14:paraId="70F1F0F1" w14:textId="77777777" w:rsidR="000D6A82" w:rsidRPr="00FC6516" w:rsidRDefault="000D6A82">
      <w:pPr>
        <w:rPr>
          <w:rFonts w:ascii="Montserrat" w:hAnsi="Montserrat"/>
          <w:sz w:val="20"/>
          <w:szCs w:val="20"/>
        </w:rPr>
      </w:pPr>
    </w:p>
    <w:sectPr w:rsidR="000D6A82" w:rsidRPr="00FC6516" w:rsidSect="00034616">
      <w:headerReference w:type="even" r:id="rId8"/>
      <w:headerReference w:type="default" r:id="rId9"/>
      <w:footerReference w:type="even" r:id="rId10"/>
      <w:footerReference w:type="default" r:id="rId11"/>
      <w:headerReference w:type="first" r:id="rId12"/>
      <w:footerReference w:type="first" r:id="rId13"/>
      <w:pgSz w:w="11906" w:h="16838"/>
      <w:pgMar w:top="1134" w:right="1247" w:bottom="1020"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C286E" w14:textId="77777777" w:rsidR="000D6A82" w:rsidRDefault="000D6A82">
      <w:pPr>
        <w:spacing w:after="0" w:line="240" w:lineRule="auto"/>
      </w:pPr>
      <w:r>
        <w:separator/>
      </w:r>
    </w:p>
  </w:endnote>
  <w:endnote w:type="continuationSeparator" w:id="0">
    <w:p w14:paraId="1794A363" w14:textId="77777777" w:rsidR="000D6A82" w:rsidRDefault="000D6A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Montserrat">
    <w:charset w:val="EE"/>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8165B" w14:textId="77777777" w:rsidR="00FC6516" w:rsidRDefault="00FC6516">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042F7" w14:textId="77777777" w:rsidR="00FC6516" w:rsidRPr="00FC6516" w:rsidRDefault="00FC6516" w:rsidP="00FC6516">
    <w:pPr>
      <w:tabs>
        <w:tab w:val="center" w:pos="4680"/>
        <w:tab w:val="right" w:pos="9360"/>
      </w:tabs>
      <w:spacing w:after="0" w:line="288" w:lineRule="auto"/>
      <w:jc w:val="center"/>
      <w:rPr>
        <w:rFonts w:ascii="Montserrat" w:eastAsia="Montserrat" w:hAnsi="Montserrat" w:cs="Times New Roman"/>
        <w:sz w:val="18"/>
        <w:szCs w:val="18"/>
        <w:lang w:val="sl-SI"/>
      </w:rPr>
    </w:pPr>
    <w:r w:rsidRPr="00FC6516">
      <w:rPr>
        <w:rFonts w:ascii="Montserrat" w:eastAsia="Montserrat" w:hAnsi="Montserrat" w:cs="Times New Roman"/>
        <w:noProof/>
        <w:sz w:val="20"/>
        <w:szCs w:val="24"/>
        <w:lang w:val="sl-SI"/>
      </w:rPr>
      <w:drawing>
        <wp:inline distT="0" distB="0" distL="0" distR="0" wp14:anchorId="0D8E20A7" wp14:editId="20875F77">
          <wp:extent cx="1673352" cy="192435"/>
          <wp:effectExtent l="0" t="0" r="3175"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64713" cy="214441"/>
                  </a:xfrm>
                  <a:prstGeom prst="rect">
                    <a:avLst/>
                  </a:prstGeom>
                  <a:noFill/>
                  <a:ln>
                    <a:noFill/>
                  </a:ln>
                </pic:spPr>
              </pic:pic>
            </a:graphicData>
          </a:graphic>
        </wp:inline>
      </w:drawing>
    </w:r>
  </w:p>
  <w:p w14:paraId="4245DF23" w14:textId="77777777" w:rsidR="00FC6516" w:rsidRPr="00FC6516" w:rsidRDefault="00FC6516" w:rsidP="00FC6516">
    <w:pPr>
      <w:tabs>
        <w:tab w:val="center" w:pos="4680"/>
        <w:tab w:val="right" w:pos="9360"/>
      </w:tabs>
      <w:spacing w:after="0" w:line="288" w:lineRule="auto"/>
      <w:jc w:val="center"/>
      <w:rPr>
        <w:rFonts w:ascii="Montserrat" w:eastAsia="Montserrat" w:hAnsi="Montserrat" w:cs="Times New Roman"/>
        <w:sz w:val="18"/>
        <w:szCs w:val="18"/>
        <w:lang w:val="sl-SI"/>
      </w:rPr>
    </w:pPr>
    <w:r w:rsidRPr="00FC6516">
      <w:rPr>
        <w:rFonts w:ascii="Montserrat" w:eastAsia="Montserrat" w:hAnsi="Montserrat" w:cs="Times New Roman"/>
        <w:sz w:val="13"/>
        <w:szCs w:val="13"/>
        <w:lang w:val="sl-SI"/>
      </w:rPr>
      <w:br/>
    </w:r>
    <w:r w:rsidRPr="00FC6516">
      <w:rPr>
        <w:rFonts w:ascii="Montserrat" w:eastAsia="Montserrat" w:hAnsi="Montserrat" w:cs="Times New Roman"/>
        <w:sz w:val="18"/>
        <w:szCs w:val="18"/>
        <w:lang w:val="sl-SI"/>
      </w:rPr>
      <w:t>INTERREG SI-AT „</w:t>
    </w:r>
    <w:proofErr w:type="spellStart"/>
    <w:r w:rsidRPr="00FC6516">
      <w:rPr>
        <w:rFonts w:ascii="Montserrat" w:eastAsia="Montserrat" w:hAnsi="Montserrat" w:cs="Times New Roman"/>
        <w:sz w:val="18"/>
        <w:szCs w:val="18"/>
        <w:lang w:val="sl-SI"/>
      </w:rPr>
      <w:t>Geopark</w:t>
    </w:r>
    <w:proofErr w:type="spellEnd"/>
    <w:r w:rsidRPr="00FC6516">
      <w:rPr>
        <w:rFonts w:ascii="Montserrat" w:eastAsia="Montserrat" w:hAnsi="Montserrat" w:cs="Times New Roman"/>
        <w:sz w:val="18"/>
        <w:szCs w:val="18"/>
        <w:lang w:val="sl-SI"/>
      </w:rPr>
      <w:t xml:space="preserve"> </w:t>
    </w:r>
    <w:proofErr w:type="spellStart"/>
    <w:r w:rsidRPr="00FC6516">
      <w:rPr>
        <w:rFonts w:ascii="Montserrat" w:eastAsia="Montserrat" w:hAnsi="Montserrat" w:cs="Times New Roman"/>
        <w:sz w:val="18"/>
        <w:szCs w:val="18"/>
        <w:lang w:val="sl-SI"/>
      </w:rPr>
      <w:t>GreenTour</w:t>
    </w:r>
    <w:proofErr w:type="spellEnd"/>
    <w:r w:rsidRPr="00FC6516">
      <w:rPr>
        <w:rFonts w:ascii="Montserrat" w:eastAsia="Montserrat" w:hAnsi="Montserrat" w:cs="Times New Roman"/>
        <w:sz w:val="18"/>
        <w:szCs w:val="18"/>
        <w:lang w:val="sl-SI"/>
      </w:rPr>
      <w:t xml:space="preserve">“ / </w:t>
    </w:r>
    <w:proofErr w:type="spellStart"/>
    <w:r w:rsidRPr="00FC6516">
      <w:rPr>
        <w:rFonts w:ascii="Montserrat" w:eastAsia="Montserrat" w:hAnsi="Montserrat" w:cs="Times New Roman"/>
        <w:sz w:val="18"/>
        <w:szCs w:val="18"/>
        <w:lang w:val="sl-SI"/>
      </w:rPr>
      <w:t>Seite</w:t>
    </w:r>
    <w:proofErr w:type="spellEnd"/>
    <w:r w:rsidRPr="00FC6516">
      <w:rPr>
        <w:rFonts w:ascii="Montserrat" w:eastAsia="Montserrat" w:hAnsi="Montserrat" w:cs="Times New Roman"/>
        <w:sz w:val="18"/>
        <w:szCs w:val="18"/>
        <w:lang w:val="sl-SI"/>
      </w:rPr>
      <w:t xml:space="preserve"> </w:t>
    </w:r>
    <w:sdt>
      <w:sdtPr>
        <w:rPr>
          <w:rFonts w:ascii="Montserrat" w:eastAsia="Montserrat" w:hAnsi="Montserrat" w:cs="Times New Roman"/>
          <w:sz w:val="18"/>
          <w:szCs w:val="18"/>
          <w:lang w:val="sl-SI"/>
        </w:rPr>
        <w:id w:val="-1317718247"/>
        <w:docPartObj>
          <w:docPartGallery w:val="Page Numbers (Bottom of Page)"/>
          <w:docPartUnique/>
        </w:docPartObj>
      </w:sdtPr>
      <w:sdtContent>
        <w:r w:rsidRPr="00FC6516">
          <w:rPr>
            <w:rFonts w:ascii="Montserrat" w:eastAsia="Montserrat" w:hAnsi="Montserrat" w:cs="Times New Roman"/>
            <w:sz w:val="18"/>
            <w:szCs w:val="18"/>
            <w:lang w:val="sl-SI"/>
          </w:rPr>
          <w:fldChar w:fldCharType="begin"/>
        </w:r>
        <w:r w:rsidRPr="00FC6516">
          <w:rPr>
            <w:rFonts w:ascii="Montserrat" w:eastAsia="Montserrat" w:hAnsi="Montserrat" w:cs="Times New Roman"/>
            <w:sz w:val="18"/>
            <w:szCs w:val="18"/>
            <w:lang w:val="sl-SI"/>
          </w:rPr>
          <w:instrText xml:space="preserve"> PAGE </w:instrText>
        </w:r>
        <w:r w:rsidRPr="00FC6516">
          <w:rPr>
            <w:rFonts w:ascii="Montserrat" w:eastAsia="Montserrat" w:hAnsi="Montserrat" w:cs="Times New Roman"/>
            <w:sz w:val="18"/>
            <w:szCs w:val="18"/>
            <w:lang w:val="sl-SI"/>
          </w:rPr>
          <w:fldChar w:fldCharType="separate"/>
        </w:r>
        <w:r w:rsidRPr="00FC6516">
          <w:rPr>
            <w:rFonts w:ascii="Montserrat" w:eastAsia="Montserrat" w:hAnsi="Montserrat" w:cs="Times New Roman"/>
            <w:sz w:val="18"/>
            <w:szCs w:val="18"/>
            <w:lang w:val="sl-SI"/>
          </w:rPr>
          <w:t>1</w:t>
        </w:r>
        <w:r w:rsidRPr="00FC6516">
          <w:rPr>
            <w:rFonts w:ascii="Montserrat" w:eastAsia="Montserrat" w:hAnsi="Montserrat" w:cs="Times New Roman"/>
            <w:sz w:val="18"/>
            <w:szCs w:val="18"/>
            <w:lang w:val="sl-SI"/>
          </w:rPr>
          <w:fldChar w:fldCharType="end"/>
        </w:r>
      </w:sdtContent>
    </w:sdt>
  </w:p>
  <w:p w14:paraId="33974984" w14:textId="67EBDFA9" w:rsidR="001243DE" w:rsidRDefault="001243DE">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19E25" w14:textId="77777777" w:rsidR="00FC6516" w:rsidRDefault="00FC6516">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87F19" w14:textId="77777777" w:rsidR="000D6A82" w:rsidRDefault="000D6A82">
      <w:pPr>
        <w:spacing w:after="0" w:line="240" w:lineRule="auto"/>
      </w:pPr>
      <w:r>
        <w:separator/>
      </w:r>
    </w:p>
  </w:footnote>
  <w:footnote w:type="continuationSeparator" w:id="0">
    <w:p w14:paraId="6B6B067F" w14:textId="77777777" w:rsidR="000D6A82" w:rsidRDefault="000D6A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BB30D" w14:textId="77777777" w:rsidR="00FC6516" w:rsidRDefault="00FC6516">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E7B22" w14:textId="77777777" w:rsidR="00FC6516" w:rsidRPr="002253D2" w:rsidRDefault="00FC6516" w:rsidP="00FC6516">
    <w:pPr>
      <w:pStyle w:val="Glava"/>
    </w:pPr>
    <w:r w:rsidRPr="00944CF8">
      <w:rPr>
        <w:noProof/>
      </w:rPr>
      <w:drawing>
        <wp:anchor distT="0" distB="0" distL="114300" distR="114300" simplePos="0" relativeHeight="251660288" behindDoc="0" locked="0" layoutInCell="1" allowOverlap="1" wp14:anchorId="0126B4C0" wp14:editId="44F0E4B8">
          <wp:simplePos x="0" y="0"/>
          <wp:positionH relativeFrom="column">
            <wp:posOffset>3776346</wp:posOffset>
          </wp:positionH>
          <wp:positionV relativeFrom="paragraph">
            <wp:posOffset>15874</wp:posOffset>
          </wp:positionV>
          <wp:extent cx="2670810" cy="1381087"/>
          <wp:effectExtent l="0" t="0" r="0" b="0"/>
          <wp:wrapNone/>
          <wp:docPr id="1690987533" name="Grafik 1690987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673145" cy="13822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4CF8">
      <w:rPr>
        <w:noProof/>
        <w:lang w:eastAsia="sl-SI"/>
      </w:rPr>
      <w:drawing>
        <wp:anchor distT="0" distB="0" distL="114300" distR="114300" simplePos="0" relativeHeight="251659264" behindDoc="0" locked="0" layoutInCell="1" allowOverlap="1" wp14:anchorId="68833ECF" wp14:editId="0E0D79F2">
          <wp:simplePos x="0" y="0"/>
          <wp:positionH relativeFrom="margin">
            <wp:posOffset>1352550</wp:posOffset>
          </wp:positionH>
          <wp:positionV relativeFrom="paragraph">
            <wp:posOffset>46990</wp:posOffset>
          </wp:positionV>
          <wp:extent cx="1562100" cy="1114425"/>
          <wp:effectExtent l="0" t="0" r="0" b="9525"/>
          <wp:wrapNone/>
          <wp:docPr id="454976663" name="Grafik 4549766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62100" cy="1114425"/>
                  </a:xfrm>
                  <a:prstGeom prst="rect">
                    <a:avLst/>
                  </a:prstGeom>
                </pic:spPr>
              </pic:pic>
            </a:graphicData>
          </a:graphic>
          <wp14:sizeRelH relativeFrom="page">
            <wp14:pctWidth>0</wp14:pctWidth>
          </wp14:sizeRelH>
          <wp14:sizeRelV relativeFrom="page">
            <wp14:pctHeight>0</wp14:pctHeight>
          </wp14:sizeRelV>
        </wp:anchor>
      </w:drawing>
    </w:r>
    <w:r w:rsidRPr="00944CF8">
      <w:rPr>
        <w:noProof/>
      </w:rPr>
      <w:drawing>
        <wp:inline distT="0" distB="0" distL="0" distR="0" wp14:anchorId="360BFE39" wp14:editId="0524AB39">
          <wp:extent cx="1095375" cy="1095375"/>
          <wp:effectExtent l="0" t="0" r="9525" b="9525"/>
          <wp:docPr id="43376535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765355" name="Slika 433765355"/>
                  <pic:cNvPicPr/>
                </pic:nvPicPr>
                <pic:blipFill>
                  <a:blip r:embed="rId3">
                    <a:extLst>
                      <a:ext uri="{28A0092B-C50C-407E-A947-70E740481C1C}">
                        <a14:useLocalDpi xmlns:a14="http://schemas.microsoft.com/office/drawing/2010/main" val="0"/>
                      </a:ext>
                    </a:extLst>
                  </a:blip>
                  <a:stretch>
                    <a:fillRect/>
                  </a:stretch>
                </pic:blipFill>
                <pic:spPr>
                  <a:xfrm>
                    <a:off x="0" y="0"/>
                    <a:ext cx="1095375" cy="1095375"/>
                  </a:xfrm>
                  <a:prstGeom prst="rect">
                    <a:avLst/>
                  </a:prstGeom>
                </pic:spPr>
              </pic:pic>
            </a:graphicData>
          </a:graphic>
        </wp:inline>
      </w:drawing>
    </w:r>
  </w:p>
  <w:p w14:paraId="016FEA92" w14:textId="77777777" w:rsidR="00FC6516" w:rsidRDefault="00FC6516">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790C5" w14:textId="77777777" w:rsidR="00FC6516" w:rsidRDefault="00FC6516">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Otevile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Otevile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Oznaenseznam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Oznaenseznam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Otevile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Oznaenseznam"/>
      <w:lvlText w:val=""/>
      <w:lvlJc w:val="left"/>
      <w:pPr>
        <w:tabs>
          <w:tab w:val="num" w:pos="360"/>
        </w:tabs>
        <w:ind w:left="360" w:hanging="360"/>
      </w:pPr>
      <w:rPr>
        <w:rFonts w:ascii="Symbol" w:hAnsi="Symbol" w:hint="default"/>
      </w:rPr>
    </w:lvl>
  </w:abstractNum>
  <w:num w:numId="1" w16cid:durableId="1898516568">
    <w:abstractNumId w:val="8"/>
  </w:num>
  <w:num w:numId="2" w16cid:durableId="1524711025">
    <w:abstractNumId w:val="6"/>
  </w:num>
  <w:num w:numId="3" w16cid:durableId="1407805972">
    <w:abstractNumId w:val="5"/>
  </w:num>
  <w:num w:numId="4" w16cid:durableId="1009257679">
    <w:abstractNumId w:val="4"/>
  </w:num>
  <w:num w:numId="5" w16cid:durableId="1524634029">
    <w:abstractNumId w:val="7"/>
  </w:num>
  <w:num w:numId="6" w16cid:durableId="1072696428">
    <w:abstractNumId w:val="3"/>
  </w:num>
  <w:num w:numId="7" w16cid:durableId="1808429841">
    <w:abstractNumId w:val="2"/>
  </w:num>
  <w:num w:numId="8" w16cid:durableId="2119059412">
    <w:abstractNumId w:val="1"/>
  </w:num>
  <w:num w:numId="9" w16cid:durableId="1114863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313E"/>
    <w:rsid w:val="0006063C"/>
    <w:rsid w:val="000D6A82"/>
    <w:rsid w:val="001243DE"/>
    <w:rsid w:val="0015074B"/>
    <w:rsid w:val="0029639D"/>
    <w:rsid w:val="00326F90"/>
    <w:rsid w:val="00AA1D8D"/>
    <w:rsid w:val="00AD01E6"/>
    <w:rsid w:val="00B47730"/>
    <w:rsid w:val="00CB0664"/>
    <w:rsid w:val="00FC651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B0D325"/>
  <w14:defaultImageDpi w14:val="300"/>
  <w15:docId w15:val="{E7C4F70F-DE55-4EBB-9D4D-8828301F4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C693F"/>
    <w:rPr>
      <w:rFonts w:ascii="Cambria" w:hAnsi="Cambria"/>
      <w:sz w:val="21"/>
    </w:rPr>
  </w:style>
  <w:style w:type="paragraph" w:styleId="Naslov1">
    <w:name w:val="heading 1"/>
    <w:basedOn w:val="Navaden"/>
    <w:next w:val="Navaden"/>
    <w:link w:val="Naslov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next w:val="Navaden"/>
    <w:link w:val="Naslov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avaden"/>
    <w:next w:val="Navaden"/>
    <w:link w:val="Naslov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avaden"/>
    <w:next w:val="Navaden"/>
    <w:link w:val="Naslov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E618BF"/>
    <w:pPr>
      <w:tabs>
        <w:tab w:val="center" w:pos="4680"/>
        <w:tab w:val="right" w:pos="9360"/>
      </w:tabs>
      <w:spacing w:after="0" w:line="240" w:lineRule="auto"/>
    </w:pPr>
  </w:style>
  <w:style w:type="character" w:customStyle="1" w:styleId="GlavaZnak">
    <w:name w:val="Glava Znak"/>
    <w:basedOn w:val="Privzetapisavaodstavka"/>
    <w:link w:val="Glava"/>
    <w:uiPriority w:val="99"/>
    <w:rsid w:val="00E618BF"/>
  </w:style>
  <w:style w:type="paragraph" w:styleId="Noga">
    <w:name w:val="footer"/>
    <w:basedOn w:val="Navaden"/>
    <w:link w:val="NogaZnak"/>
    <w:uiPriority w:val="99"/>
    <w:unhideWhenUsed/>
    <w:rsid w:val="00E618BF"/>
    <w:pPr>
      <w:tabs>
        <w:tab w:val="center" w:pos="4680"/>
        <w:tab w:val="right" w:pos="9360"/>
      </w:tabs>
      <w:spacing w:after="0" w:line="240" w:lineRule="auto"/>
    </w:pPr>
  </w:style>
  <w:style w:type="character" w:customStyle="1" w:styleId="NogaZnak">
    <w:name w:val="Noga Znak"/>
    <w:basedOn w:val="Privzetapisavaodstavka"/>
    <w:link w:val="Noga"/>
    <w:uiPriority w:val="99"/>
    <w:rsid w:val="00E618BF"/>
  </w:style>
  <w:style w:type="paragraph" w:styleId="Brezrazmikov">
    <w:name w:val="No Spacing"/>
    <w:uiPriority w:val="1"/>
    <w:qFormat/>
    <w:rsid w:val="00FC693F"/>
    <w:pPr>
      <w:spacing w:after="0" w:line="240" w:lineRule="auto"/>
    </w:pPr>
  </w:style>
  <w:style w:type="character" w:customStyle="1" w:styleId="Naslov1Znak">
    <w:name w:val="Naslov 1 Znak"/>
    <w:basedOn w:val="Privzetapisavaodstav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Znak">
    <w:name w:val="Naslov 2 Znak"/>
    <w:basedOn w:val="Privzetapisavaodstav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Znak">
    <w:name w:val="Naslov 3 Znak"/>
    <w:basedOn w:val="Privzetapisavaodstav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avaden"/>
    <w:next w:val="Navaden"/>
    <w:link w:val="Naslov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avaden"/>
    <w:next w:val="Navaden"/>
    <w:link w:val="Podnaslov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Znak">
    <w:name w:val="Podnaslov Znak"/>
    <w:basedOn w:val="Privzetapisavaodstav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stavekseznama">
    <w:name w:val="List Paragraph"/>
    <w:basedOn w:val="Navaden"/>
    <w:uiPriority w:val="34"/>
    <w:qFormat/>
    <w:rsid w:val="00FC693F"/>
    <w:pPr>
      <w:ind w:left="720"/>
      <w:contextualSpacing/>
    </w:pPr>
  </w:style>
  <w:style w:type="paragraph" w:styleId="Telobesedila">
    <w:name w:val="Body Text"/>
    <w:basedOn w:val="Navaden"/>
    <w:link w:val="TelobesedilaZnak"/>
    <w:uiPriority w:val="99"/>
    <w:unhideWhenUsed/>
    <w:rsid w:val="00AA1D8D"/>
    <w:pPr>
      <w:spacing w:after="120"/>
    </w:pPr>
  </w:style>
  <w:style w:type="character" w:customStyle="1" w:styleId="TelobesedilaZnak">
    <w:name w:val="Telo besedila Znak"/>
    <w:basedOn w:val="Privzetapisavaodstavka"/>
    <w:link w:val="Telobesedila"/>
    <w:uiPriority w:val="99"/>
    <w:rsid w:val="00AA1D8D"/>
  </w:style>
  <w:style w:type="paragraph" w:styleId="Telobesedila2">
    <w:name w:val="Body Text 2"/>
    <w:basedOn w:val="Navaden"/>
    <w:link w:val="Telobesedila2Znak"/>
    <w:uiPriority w:val="99"/>
    <w:unhideWhenUsed/>
    <w:rsid w:val="00AA1D8D"/>
    <w:pPr>
      <w:spacing w:after="120" w:line="480" w:lineRule="auto"/>
    </w:pPr>
  </w:style>
  <w:style w:type="character" w:customStyle="1" w:styleId="Telobesedila2Znak">
    <w:name w:val="Telo besedila 2 Znak"/>
    <w:basedOn w:val="Privzetapisavaodstavka"/>
    <w:link w:val="Telobesedila2"/>
    <w:uiPriority w:val="99"/>
    <w:rsid w:val="00AA1D8D"/>
  </w:style>
  <w:style w:type="paragraph" w:styleId="Telobesedila3">
    <w:name w:val="Body Text 3"/>
    <w:basedOn w:val="Navaden"/>
    <w:link w:val="Telobesedila3Znak"/>
    <w:uiPriority w:val="99"/>
    <w:unhideWhenUsed/>
    <w:rsid w:val="00AA1D8D"/>
    <w:pPr>
      <w:spacing w:after="120"/>
    </w:pPr>
    <w:rPr>
      <w:sz w:val="16"/>
      <w:szCs w:val="16"/>
    </w:rPr>
  </w:style>
  <w:style w:type="character" w:customStyle="1" w:styleId="Telobesedila3Znak">
    <w:name w:val="Telo besedila 3 Znak"/>
    <w:basedOn w:val="Privzetapisavaodstavka"/>
    <w:link w:val="Telobesedila3"/>
    <w:uiPriority w:val="99"/>
    <w:rsid w:val="00AA1D8D"/>
    <w:rPr>
      <w:sz w:val="16"/>
      <w:szCs w:val="16"/>
    </w:rPr>
  </w:style>
  <w:style w:type="paragraph" w:styleId="Seznam">
    <w:name w:val="List"/>
    <w:basedOn w:val="Navaden"/>
    <w:uiPriority w:val="99"/>
    <w:unhideWhenUsed/>
    <w:rsid w:val="00AA1D8D"/>
    <w:pPr>
      <w:ind w:left="360" w:hanging="360"/>
      <w:contextualSpacing/>
    </w:pPr>
  </w:style>
  <w:style w:type="paragraph" w:styleId="Seznam2">
    <w:name w:val="List 2"/>
    <w:basedOn w:val="Navaden"/>
    <w:uiPriority w:val="99"/>
    <w:unhideWhenUsed/>
    <w:rsid w:val="00326F90"/>
    <w:pPr>
      <w:ind w:left="720" w:hanging="360"/>
      <w:contextualSpacing/>
    </w:pPr>
  </w:style>
  <w:style w:type="paragraph" w:styleId="Seznam3">
    <w:name w:val="List 3"/>
    <w:basedOn w:val="Navaden"/>
    <w:uiPriority w:val="99"/>
    <w:unhideWhenUsed/>
    <w:rsid w:val="00326F90"/>
    <w:pPr>
      <w:ind w:left="1080" w:hanging="360"/>
      <w:contextualSpacing/>
    </w:pPr>
  </w:style>
  <w:style w:type="paragraph" w:styleId="Oznaenseznam">
    <w:name w:val="List Bullet"/>
    <w:basedOn w:val="Navaden"/>
    <w:uiPriority w:val="99"/>
    <w:unhideWhenUsed/>
    <w:rsid w:val="00326F90"/>
    <w:pPr>
      <w:numPr>
        <w:numId w:val="1"/>
      </w:numPr>
      <w:contextualSpacing/>
    </w:pPr>
  </w:style>
  <w:style w:type="paragraph" w:styleId="Oznaenseznam2">
    <w:name w:val="List Bullet 2"/>
    <w:basedOn w:val="Navaden"/>
    <w:uiPriority w:val="99"/>
    <w:unhideWhenUsed/>
    <w:rsid w:val="00326F90"/>
    <w:pPr>
      <w:numPr>
        <w:numId w:val="2"/>
      </w:numPr>
      <w:contextualSpacing/>
    </w:pPr>
  </w:style>
  <w:style w:type="paragraph" w:styleId="Oznaenseznam3">
    <w:name w:val="List Bullet 3"/>
    <w:basedOn w:val="Navaden"/>
    <w:uiPriority w:val="99"/>
    <w:unhideWhenUsed/>
    <w:rsid w:val="00326F90"/>
    <w:pPr>
      <w:numPr>
        <w:numId w:val="3"/>
      </w:numPr>
      <w:contextualSpacing/>
    </w:pPr>
  </w:style>
  <w:style w:type="paragraph" w:styleId="Otevilenseznam">
    <w:name w:val="List Number"/>
    <w:basedOn w:val="Navaden"/>
    <w:uiPriority w:val="99"/>
    <w:unhideWhenUsed/>
    <w:rsid w:val="00326F90"/>
    <w:pPr>
      <w:numPr>
        <w:numId w:val="5"/>
      </w:numPr>
      <w:contextualSpacing/>
    </w:pPr>
  </w:style>
  <w:style w:type="paragraph" w:styleId="Otevilenseznam2">
    <w:name w:val="List Number 2"/>
    <w:basedOn w:val="Navaden"/>
    <w:uiPriority w:val="99"/>
    <w:unhideWhenUsed/>
    <w:rsid w:val="0029639D"/>
    <w:pPr>
      <w:numPr>
        <w:numId w:val="6"/>
      </w:numPr>
      <w:contextualSpacing/>
    </w:pPr>
  </w:style>
  <w:style w:type="paragraph" w:styleId="Otevilenseznam3">
    <w:name w:val="List Number 3"/>
    <w:basedOn w:val="Navaden"/>
    <w:uiPriority w:val="99"/>
    <w:unhideWhenUsed/>
    <w:rsid w:val="0029639D"/>
    <w:pPr>
      <w:numPr>
        <w:numId w:val="7"/>
      </w:numPr>
      <w:contextualSpacing/>
    </w:pPr>
  </w:style>
  <w:style w:type="paragraph" w:styleId="Seznam-nadaljevanje">
    <w:name w:val="List Continue"/>
    <w:basedOn w:val="Navaden"/>
    <w:uiPriority w:val="99"/>
    <w:unhideWhenUsed/>
    <w:rsid w:val="0029639D"/>
    <w:pPr>
      <w:spacing w:after="120"/>
      <w:ind w:left="360"/>
      <w:contextualSpacing/>
    </w:pPr>
  </w:style>
  <w:style w:type="paragraph" w:styleId="Seznam-nadaljevanje2">
    <w:name w:val="List Continue 2"/>
    <w:basedOn w:val="Navaden"/>
    <w:uiPriority w:val="99"/>
    <w:unhideWhenUsed/>
    <w:rsid w:val="0029639D"/>
    <w:pPr>
      <w:spacing w:after="120"/>
      <w:ind w:left="720"/>
      <w:contextualSpacing/>
    </w:pPr>
  </w:style>
  <w:style w:type="paragraph" w:styleId="Seznam-nadaljevanje3">
    <w:name w:val="List Continue 3"/>
    <w:basedOn w:val="Navaden"/>
    <w:uiPriority w:val="99"/>
    <w:unhideWhenUsed/>
    <w:rsid w:val="0029639D"/>
    <w:pPr>
      <w:spacing w:after="120"/>
      <w:ind w:left="1080"/>
      <w:contextualSpacing/>
    </w:pPr>
  </w:style>
  <w:style w:type="paragraph" w:styleId="Makrobesedilo">
    <w:name w:val="macro"/>
    <w:link w:val="Makrobesedilo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besediloZnak">
    <w:name w:val="Makro besedilo Znak"/>
    <w:basedOn w:val="Privzetapisavaodstavka"/>
    <w:link w:val="Makrobesedilo"/>
    <w:uiPriority w:val="99"/>
    <w:rsid w:val="0029639D"/>
    <w:rPr>
      <w:rFonts w:ascii="Courier" w:hAnsi="Courier"/>
      <w:sz w:val="20"/>
      <w:szCs w:val="20"/>
    </w:rPr>
  </w:style>
  <w:style w:type="paragraph" w:styleId="Citat">
    <w:name w:val="Quote"/>
    <w:basedOn w:val="Navaden"/>
    <w:next w:val="Navaden"/>
    <w:link w:val="CitatZnak"/>
    <w:uiPriority w:val="29"/>
    <w:qFormat/>
    <w:rsid w:val="00FC693F"/>
    <w:rPr>
      <w:i/>
      <w:iCs/>
      <w:color w:val="000000" w:themeColor="text1"/>
    </w:rPr>
  </w:style>
  <w:style w:type="character" w:customStyle="1" w:styleId="CitatZnak">
    <w:name w:val="Citat Znak"/>
    <w:basedOn w:val="Privzetapisavaodstavka"/>
    <w:link w:val="Citat"/>
    <w:uiPriority w:val="29"/>
    <w:rsid w:val="00FC693F"/>
    <w:rPr>
      <w:i/>
      <w:iCs/>
      <w:color w:val="000000" w:themeColor="text1"/>
    </w:rPr>
  </w:style>
  <w:style w:type="character" w:customStyle="1" w:styleId="Naslov4Znak">
    <w:name w:val="Naslov 4 Znak"/>
    <w:basedOn w:val="Privzetapisavaodstav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Znak">
    <w:name w:val="Naslov 5 Znak"/>
    <w:basedOn w:val="Privzetapisavaodstav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Znak">
    <w:name w:val="Naslov 6 Znak"/>
    <w:basedOn w:val="Privzetapisavaodstav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Znak">
    <w:name w:val="Naslov 7 Znak"/>
    <w:basedOn w:val="Privzetapisavaodstav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Znak">
    <w:name w:val="Naslov 8 Znak"/>
    <w:basedOn w:val="Privzetapisavaodstav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Znak">
    <w:name w:val="Naslov 9 Znak"/>
    <w:basedOn w:val="Privzetapisavaodstav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Napis">
    <w:name w:val="caption"/>
    <w:basedOn w:val="Navaden"/>
    <w:next w:val="Navaden"/>
    <w:uiPriority w:val="35"/>
    <w:semiHidden/>
    <w:unhideWhenUsed/>
    <w:qFormat/>
    <w:rsid w:val="00FC693F"/>
    <w:pPr>
      <w:spacing w:line="240" w:lineRule="auto"/>
    </w:pPr>
    <w:rPr>
      <w:b/>
      <w:bCs/>
      <w:color w:val="4F81BD" w:themeColor="accent1"/>
      <w:sz w:val="18"/>
      <w:szCs w:val="18"/>
    </w:rPr>
  </w:style>
  <w:style w:type="character" w:styleId="Krepko">
    <w:name w:val="Strong"/>
    <w:basedOn w:val="Privzetapisavaodstavka"/>
    <w:uiPriority w:val="22"/>
    <w:qFormat/>
    <w:rsid w:val="00FC693F"/>
    <w:rPr>
      <w:b/>
      <w:bCs/>
    </w:rPr>
  </w:style>
  <w:style w:type="character" w:styleId="Poudarek">
    <w:name w:val="Emphasis"/>
    <w:basedOn w:val="Privzetapisavaodstavka"/>
    <w:uiPriority w:val="20"/>
    <w:qFormat/>
    <w:rsid w:val="00FC693F"/>
    <w:rPr>
      <w:i/>
      <w:iCs/>
    </w:rPr>
  </w:style>
  <w:style w:type="paragraph" w:styleId="Intenzivencitat">
    <w:name w:val="Intense Quote"/>
    <w:basedOn w:val="Navaden"/>
    <w:next w:val="Navaden"/>
    <w:link w:val="Intenzivencitat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zivencitatZnak">
    <w:name w:val="Intenziven citat Znak"/>
    <w:basedOn w:val="Privzetapisavaodstavka"/>
    <w:link w:val="Intenzivencitat"/>
    <w:uiPriority w:val="30"/>
    <w:rsid w:val="00FC693F"/>
    <w:rPr>
      <w:b/>
      <w:bCs/>
      <w:i/>
      <w:iCs/>
      <w:color w:val="4F81BD" w:themeColor="accent1"/>
    </w:rPr>
  </w:style>
  <w:style w:type="character" w:styleId="Neenpoudarek">
    <w:name w:val="Subtle Emphasis"/>
    <w:basedOn w:val="Privzetapisavaodstavka"/>
    <w:uiPriority w:val="19"/>
    <w:qFormat/>
    <w:rsid w:val="00FC693F"/>
    <w:rPr>
      <w:i/>
      <w:iCs/>
      <w:color w:val="808080" w:themeColor="text1" w:themeTint="7F"/>
    </w:rPr>
  </w:style>
  <w:style w:type="character" w:styleId="Intenzivenpoudarek">
    <w:name w:val="Intense Emphasis"/>
    <w:basedOn w:val="Privzetapisavaodstavka"/>
    <w:uiPriority w:val="21"/>
    <w:qFormat/>
    <w:rsid w:val="00FC693F"/>
    <w:rPr>
      <w:b/>
      <w:bCs/>
      <w:i/>
      <w:iCs/>
      <w:color w:val="4F81BD" w:themeColor="accent1"/>
    </w:rPr>
  </w:style>
  <w:style w:type="character" w:styleId="Neensklic">
    <w:name w:val="Subtle Reference"/>
    <w:basedOn w:val="Privzetapisavaodstavka"/>
    <w:uiPriority w:val="31"/>
    <w:qFormat/>
    <w:rsid w:val="00FC693F"/>
    <w:rPr>
      <w:smallCaps/>
      <w:color w:val="C0504D" w:themeColor="accent2"/>
      <w:u w:val="single"/>
    </w:rPr>
  </w:style>
  <w:style w:type="character" w:styleId="Intenzivensklic">
    <w:name w:val="Intense Reference"/>
    <w:basedOn w:val="Privzetapisavaodstavka"/>
    <w:uiPriority w:val="32"/>
    <w:qFormat/>
    <w:rsid w:val="00FC693F"/>
    <w:rPr>
      <w:b/>
      <w:bCs/>
      <w:smallCaps/>
      <w:color w:val="C0504D" w:themeColor="accent2"/>
      <w:spacing w:val="5"/>
      <w:u w:val="single"/>
    </w:rPr>
  </w:style>
  <w:style w:type="character" w:styleId="Naslovknjige">
    <w:name w:val="Book Title"/>
    <w:basedOn w:val="Privzetapisavaodstavka"/>
    <w:uiPriority w:val="33"/>
    <w:qFormat/>
    <w:rsid w:val="00FC693F"/>
    <w:rPr>
      <w:b/>
      <w:bCs/>
      <w:smallCaps/>
      <w:spacing w:val="5"/>
    </w:rPr>
  </w:style>
  <w:style w:type="paragraph" w:styleId="NaslovTOC">
    <w:name w:val="TOC Heading"/>
    <w:basedOn w:val="Naslov1"/>
    <w:next w:val="Navaden"/>
    <w:uiPriority w:val="39"/>
    <w:semiHidden/>
    <w:unhideWhenUsed/>
    <w:qFormat/>
    <w:rsid w:val="00FC693F"/>
    <w:pPr>
      <w:outlineLvl w:val="9"/>
    </w:pPr>
  </w:style>
  <w:style w:type="table" w:styleId="Tabelamrea">
    <w:name w:val="Table Grid"/>
    <w:basedOn w:val="Navadnatabel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osenenje">
    <w:name w:val="Light Shading"/>
    <w:basedOn w:val="Navadnatabel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osenenjepoudarek1">
    <w:name w:val="Light Shading Accent 1"/>
    <w:basedOn w:val="Navadnatabel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osenenjepoudarek2">
    <w:name w:val="Light Shading Accent 2"/>
    <w:basedOn w:val="Navadnatabel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osenenjepoudarek3">
    <w:name w:val="Light Shading Accent 3"/>
    <w:basedOn w:val="Navadnatabel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osenenjepoudarek4">
    <w:name w:val="Light Shading Accent 4"/>
    <w:basedOn w:val="Navadnatabel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osenenjepoudarek5">
    <w:name w:val="Light Shading Accent 5"/>
    <w:basedOn w:val="Navadnatabel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osenenjepoudarek6">
    <w:name w:val="Light Shading Accent 6"/>
    <w:basedOn w:val="Navadnatabel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elseznam">
    <w:name w:val="Light List"/>
    <w:basedOn w:val="Navadnatabel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elseznampoudarek1">
    <w:name w:val="Light List Accent 1"/>
    <w:basedOn w:val="Navadnatabel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elseznampoudarek2">
    <w:name w:val="Light List Accent 2"/>
    <w:basedOn w:val="Navadnatabel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elseznampoudarek3">
    <w:name w:val="Light List Accent 3"/>
    <w:basedOn w:val="Navadnatabel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elseznampoudarek4">
    <w:name w:val="Light List Accent 4"/>
    <w:basedOn w:val="Navadnatabel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elseznampoudarek5">
    <w:name w:val="Light List Accent 5"/>
    <w:basedOn w:val="Navadnatabel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elseznampoudarek6">
    <w:name w:val="Light List Accent 6"/>
    <w:basedOn w:val="Navadnatabel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amrea">
    <w:name w:val="Light Grid"/>
    <w:basedOn w:val="Navadnatabel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amreapoudarek1">
    <w:name w:val="Light Grid Accent 1"/>
    <w:basedOn w:val="Navadnatabel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amreapoudarek2">
    <w:name w:val="Light Grid Accent 2"/>
    <w:basedOn w:val="Navadnatabel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amreapoudarek3">
    <w:name w:val="Light Grid Accent 3"/>
    <w:basedOn w:val="Navadnatabel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amreapoudarek4">
    <w:name w:val="Light Grid Accent 4"/>
    <w:basedOn w:val="Navadnatabel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amreapoudarek5">
    <w:name w:val="Light Grid Accent 5"/>
    <w:basedOn w:val="Navadnatabel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amreapoudarek6">
    <w:name w:val="Light Grid Accent 6"/>
    <w:basedOn w:val="Navadnatabel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enenje1">
    <w:name w:val="Medium Shading 1"/>
    <w:basedOn w:val="Navadnatabel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enenje1poudarek1">
    <w:name w:val="Medium Shading 1 Accent 1"/>
    <w:basedOn w:val="Navadnatabel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enenje1poudarek2">
    <w:name w:val="Medium Shading 1 Accent 2"/>
    <w:basedOn w:val="Navadnatabel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enenje1poudarek3">
    <w:name w:val="Medium Shading 1 Accent 3"/>
    <w:basedOn w:val="Navadnatabel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enenje1poudarek4">
    <w:name w:val="Medium Shading 1 Accent 4"/>
    <w:basedOn w:val="Navadnatabel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enenje1poudarek5">
    <w:name w:val="Medium Shading 1 Accent 5"/>
    <w:basedOn w:val="Navadnatabel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enenje1poudarek6">
    <w:name w:val="Medium Shading 1 Accent 6"/>
    <w:basedOn w:val="Navadnatabel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enenje2">
    <w:name w:val="Medium Shading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1">
    <w:name w:val="Medium Shading 2 Accent 1"/>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2">
    <w:name w:val="Medium Shading 2 Accent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3">
    <w:name w:val="Medium Shading 2 Accent 3"/>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4">
    <w:name w:val="Medium Shading 2 Accent 4"/>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5">
    <w:name w:val="Medium Shading 2 Accent 5"/>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6">
    <w:name w:val="Medium Shading 2 Accent 6"/>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seznam1">
    <w:name w:val="Medium List 1"/>
    <w:basedOn w:val="Navadnatabel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seznam1poudarek1">
    <w:name w:val="Medium List 1 Accent 1"/>
    <w:basedOn w:val="Navadnatabel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seznam1poudarek2">
    <w:name w:val="Medium List 1 Accent 2"/>
    <w:basedOn w:val="Navadnatabel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seznam1poudarek3">
    <w:name w:val="Medium List 1 Accent 3"/>
    <w:basedOn w:val="Navadnatabel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seznam1poudarek4">
    <w:name w:val="Medium List 1 Accent 4"/>
    <w:basedOn w:val="Navadnatabel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seznam1poudarek5">
    <w:name w:val="Medium List 1 Accent 5"/>
    <w:basedOn w:val="Navadnatabel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seznam1poudarek6">
    <w:name w:val="Medium List 1 Accent 6"/>
    <w:basedOn w:val="Navadnatabel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seznam2">
    <w:name w:val="Medium Lis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1">
    <w:name w:val="Medium List 2 Accent 1"/>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2">
    <w:name w:val="Medium List 2 Accen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3">
    <w:name w:val="Medium List 2 Accent 3"/>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4">
    <w:name w:val="Medium List 2 Accent 4"/>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5">
    <w:name w:val="Medium List 2 Accent 5"/>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6">
    <w:name w:val="Medium List 2 Accent 6"/>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mrea1">
    <w:name w:val="Medium Grid 1"/>
    <w:basedOn w:val="Navadnatabel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mrea1poudarek1">
    <w:name w:val="Medium Grid 1 Accent 1"/>
    <w:basedOn w:val="Navadnatabel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mrea1poudarek2">
    <w:name w:val="Medium Grid 1 Accent 2"/>
    <w:basedOn w:val="Navadnatabel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mrea1poudarek3">
    <w:name w:val="Medium Grid 1 Accent 3"/>
    <w:basedOn w:val="Navadnatabel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mrea1poudarek4">
    <w:name w:val="Medium Grid 1 Accent 4"/>
    <w:basedOn w:val="Navadnatabel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mrea1poudarek5">
    <w:name w:val="Medium Grid 1 Accent 5"/>
    <w:basedOn w:val="Navadnatabel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mrea1poudarek6">
    <w:name w:val="Medium Grid 1 Accent 6"/>
    <w:basedOn w:val="Navadnatabel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mrea2">
    <w:name w:val="Medium Grid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mrea2poudarek1">
    <w:name w:val="Medium Grid 2 Accent 1"/>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mrea2poudarek2">
    <w:name w:val="Medium Grid 2 Accent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mrea2poudarek3">
    <w:name w:val="Medium Grid 2 Accent 3"/>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mrea2poudarek4">
    <w:name w:val="Medium Grid 2 Accent 4"/>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mrea2poudarek5">
    <w:name w:val="Medium Grid 2 Accent 5"/>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mrea2poudarek6">
    <w:name w:val="Medium Grid 2 Accent 6"/>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mrea3">
    <w:name w:val="Medium Grid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mrea3poudarek1">
    <w:name w:val="Medium Grid 3 Accent 1"/>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mrea3poudarek2">
    <w:name w:val="Medium Grid 3 Accent 2"/>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mrea3poudarek3">
    <w:name w:val="Medium Grid 3 Accent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mrea3poudarek4">
    <w:name w:val="Medium Grid 3 Accent 4"/>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mrea3poudarek5">
    <w:name w:val="Medium Grid 3 Accent 5"/>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mrea3poudarek6">
    <w:name w:val="Medium Grid 3 Accent 6"/>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emenseznam">
    <w:name w:val="Dark List"/>
    <w:basedOn w:val="Navadnatabel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emenseznampoudarek1">
    <w:name w:val="Dark List Accent 1"/>
    <w:basedOn w:val="Navadnatabel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emenseznampoudarek2">
    <w:name w:val="Dark List Accent 2"/>
    <w:basedOn w:val="Navadnatabel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emenseznampoudarek3">
    <w:name w:val="Dark List Accent 3"/>
    <w:basedOn w:val="Navadnatabel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emenseznampoudarek4">
    <w:name w:val="Dark List Accent 4"/>
    <w:basedOn w:val="Navadnatabel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emenseznampoudarek5">
    <w:name w:val="Dark List Accent 5"/>
    <w:basedOn w:val="Navadnatabel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emenseznampoudarek6">
    <w:name w:val="Dark List Accent 6"/>
    <w:basedOn w:val="Navadnatabel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vnosenenje">
    <w:name w:val="Colorful Shading"/>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vnosenenjepoudarek1">
    <w:name w:val="Colorful Shading Accent 1"/>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vnosenenjepoudarek2">
    <w:name w:val="Colorful Shading Accent 2"/>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vnosenenjepoudarek3">
    <w:name w:val="Colorful Shading Accent 3"/>
    <w:basedOn w:val="Navadnatabel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vnosenenjepoudarek4">
    <w:name w:val="Colorful Shading Accent 4"/>
    <w:basedOn w:val="Navadnatabel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vnosenenjepoudarek5">
    <w:name w:val="Colorful Shading Accent 5"/>
    <w:basedOn w:val="Navadnatabel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vnosenenjepoudarek6">
    <w:name w:val="Colorful Shading Accent 6"/>
    <w:basedOn w:val="Navadnatabel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vniseznam">
    <w:name w:val="Colorful List"/>
    <w:basedOn w:val="Navadnatabel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vniseznampoudarek1">
    <w:name w:val="Colorful List Accent 1"/>
    <w:basedOn w:val="Navadnatabel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vniseznampoudarek2">
    <w:name w:val="Colorful List Accent 2"/>
    <w:basedOn w:val="Navadnatabel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venseznampoudarek3">
    <w:name w:val="Colorful List Accent 3"/>
    <w:basedOn w:val="Navadnatabel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vniseznampoudarek4">
    <w:name w:val="Colorful List Accent 4"/>
    <w:basedOn w:val="Navadnatabel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vniseznampoudarek5">
    <w:name w:val="Colorful List Accent 5"/>
    <w:basedOn w:val="Navadnatabel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vniseznampoudarek6">
    <w:name w:val="Colorful List Accent 6"/>
    <w:basedOn w:val="Navadnatabel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vnamrea">
    <w:name w:val="Colorful Grid"/>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vnamreapoudarek1">
    <w:name w:val="Colorful Grid Accent 1"/>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vnamreapoudarek2">
    <w:name w:val="Colorful Grid Accent 2"/>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vnamreapoudarek3">
    <w:name w:val="Colorful Grid Accent 3"/>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vnamreapoudarek4">
    <w:name w:val="Colorful Grid Accent 4"/>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vnamreapoudarek5">
    <w:name w:val="Colorful Grid Accent 5"/>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vnamreapoudarek6">
    <w:name w:val="Colorful Grid Accent 6"/>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1553</Words>
  <Characters>8857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10390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Pogodba o dobavi in montaži opreme za Geo.Hub Mežica - Geopark GreenTour</dc:title>
  <dc:subject>INTERREG SI-AT Geopark GreenTour</dc:subject>
  <dc:creator>RRA Koroška d.o.o.</dc:creator>
  <cp:keywords/>
  <dc:description>generated by python-docx</dc:description>
  <cp:lastModifiedBy>Andrej Erjavec</cp:lastModifiedBy>
  <cp:revision>2</cp:revision>
  <dcterms:created xsi:type="dcterms:W3CDTF">2026-10-21T05:18:00Z</dcterms:created>
  <dcterms:modified xsi:type="dcterms:W3CDTF">2026-10-21T05:18:00Z</dcterms:modified>
  <cp:category/>
</cp:coreProperties>
</file>